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sistemes de presa de decisions (votacions, majories, consens) i la importància de la participació en la definició de normes per a la convivència de totes les persones i grups socials, sense exclusions per motius d'origen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Reflexionen críticament sobre els diferents sistemes de presa de decisions (votacions, majories, consens) i la importància de la participació en la definició de normes per a la convivència de totes les persones i grups socials, sense exclusions per motiu d’origen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6">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7">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personal, social i d'aprendre a aprendre</w:t>
      </w:r>
    </w:p>
    <w:p>
      <w:pPr>
        <w:pStyle w:val="ListBullet"/>
      </w:pPr>
      <w:r>
        <w:t>Competència en comunicació lingüística</w:t>
      </w:r>
    </w:p>
    <w:p>
      <w:pPr>
        <w:pStyle w:val="ListBullet"/>
      </w:pPr>
      <w:r>
        <w:t>Competència ciutadana</w:t>
      </w:r>
    </w:p>
    <w:p>
      <w:pPr>
        <w:pStyle w:val="Link"/>
      </w:pPr>
      <w:hyperlink r:id="rId78">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9">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