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Coneixen i apliquen les habilitats socials que contribueixen a establir relacions de convivència intercultural a l’aula, al centre i a l’entorn proper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Tutoria entre iguals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tutoria entre iguals és una tècnica en què l'alumnat forma parelles asimètriques: una assumeix el paper de tutor i l'altra de tutoritzada. Ambdues tenen un objectiu compartit: ensenyar i aprendre uns continguts d'aprenentatge a partir de la seva interacció. Les parelles poden formar-se per estudiants del mateix curs o per estudiants de cursos diferents. La tutoria entre igual és una tècnica que promou el rendiment acadèmic d'ambdues persones. També millora el desenvolupament de les habilitats socials, el sentit de la responsabilitat, l'autoestima i la satisfacció personal.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Introducció a les habilitats socials com a forma d’apoderament personal</w:t>
        </w:r>
      </w:hyperlink>
    </w:p>
    <w:p>
      <w:pPr>
        <w:pStyle w:val="Link4"/>
      </w:pPr>
      <w:hyperlink r:id="rId10">
        <w:r>
          <w:rPr/>
          <w:t>Coneixement de les principals habilitats socials com a forma d’apoderament personal</w:t>
        </w:r>
      </w:hyperlink>
    </w:p>
    <w:p>
      <w:pPr>
        <w:pStyle w:val="Link4"/>
      </w:pPr>
      <w:hyperlink r:id="rId11">
        <w:r>
          <w:rPr/>
          <w:t>Capacitat de valorar les pròpies  habilitats socials que tenen més i menys desenvolupades com a forma d’apoderament personal</w:t>
        </w:r>
      </w:hyperlink>
    </w:p>
    <w:p>
      <w:pPr>
        <w:pStyle w:val="Link4"/>
      </w:pPr>
      <w:hyperlink r:id="rId12">
        <w:r>
          <w:rPr/>
          <w:t>Consciència de les passes a seguir per a reforçar les habilitats (i febleses) socials i apoderar-se</w:t>
        </w:r>
      </w:hyperlink>
    </w:p>
    <w:p>
      <w:pPr>
        <w:pStyle w:val="Link4"/>
      </w:pPr>
      <w:hyperlink r:id="rId13">
        <w:r>
          <w:rPr/>
          <w:t>Desenvolupament de les pròpies habilitats (i febleses) socials i capacitat d’autoavaluar per apoderar-se</w:t>
        </w:r>
      </w:hyperlink>
    </w:p>
    <w:p>
      <w:pPr>
        <w:pStyle w:val="Link4"/>
      </w:pPr>
      <w:hyperlink r:id="rId1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
      <w:pPr>
        <w:pStyle w:val="Heading4"/>
      </w:pPr>
      <w:r>
        <w:t>INSTRUMENTS D'AVALUACIÓ</w:t>
      </w:r>
    </w:p>
    <w:p>
      <w:pPr>
        <w:pStyle w:val="Link4"/>
      </w:pPr>
      <w:hyperlink r:id="rId15">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6">
        <w:r>
          <w:rPr/>
          <w:t>Observació i introducció en la seva pràctica d’actituds cooperatives, solidàries i crítiques davant situacions de discriminació per motiu de gènere, sexe i opció afectivasexual.</w:t>
        </w:r>
      </w:hyperlink>
    </w:p>
    <w:p>
      <w:pPr>
        <w:pStyle w:val="Link4"/>
      </w:pPr>
      <w:hyperlink r:id="rId17">
        <w:r>
          <w:rPr/>
          <w:t>Pràctica d'actituds cooperatives, solidàries i crítiques davant situacions de discriminació per motiu de gènere, sexe i opció afectivasexual</w:t>
        </w:r>
      </w:hyperlink>
    </w:p>
    <w:p>
      <w:pPr>
        <w:pStyle w:val="Link4"/>
      </w:pPr>
      <w:hyperlink r:id="rId18">
        <w:r>
          <w:rPr/>
          <w:t>Aprofundiment en la pràctica d’actituds cooperatives, solidàries i crítiques davant situacions de discriminació per motiu de gènere, sexe i opció afectivasexual.</w:t>
        </w:r>
      </w:hyperlink>
    </w:p>
    <w:p>
      <w:pPr>
        <w:pStyle w:val="Link4"/>
      </w:pPr>
      <w:hyperlink r:id="rId19">
        <w:r>
          <w:rPr/>
          <w:t>Assumpció de l’ús de diferents actituds cooperatives, solidàries i crítiques davant de situacions de discriminació per motiu de gènere, sexe i opció afectivasexual</w:t>
        </w:r>
      </w:hyperlink>
    </w:p>
    <w:p>
      <w:pPr>
        <w:pStyle w:val="Link4"/>
      </w:pPr>
      <w:hyperlink r:id="rId20">
        <w:r>
          <w:rPr/>
          <w:t>Manifestació d’actituds cooperatives, solidàries i crítiques davant de situacions de discriminació per motiu de gènere, sexe i opció afectivasexual</w:t>
        </w:r>
      </w:hyperlink>
    </w:p>
    <w:p>
      <w:pPr>
        <w:pStyle w:val="Link4"/>
      </w:pPr>
      <w:hyperlink r:id="rId21">
        <w:r>
          <w:rPr/>
          <w:t xml:space="preserve">Capacitat de treballar en col·laboració amb les persones del grup-classe en determinades tasques </w:t>
        </w:r>
      </w:hyperlink>
    </w:p>
    <w:p>
      <w:pPr>
        <w:pStyle w:val="Link4"/>
      </w:pPr>
      <w:hyperlink r:id="rId22">
        <w:r>
          <w:rPr/>
          <w:t xml:space="preserve">Treball col·laboratiu amb divisió de tasques equilibrades amb les persones del grup-classe </w:t>
        </w:r>
      </w:hyperlink>
    </w:p>
    <w:p>
      <w:pPr>
        <w:pStyle w:val="Link4"/>
      </w:pPr>
      <w:hyperlink r:id="rId23">
        <w:r>
          <w:rPr/>
          <w:t>Treball cooperatiu i reconeixement dels seus beneficis per totes les persones del grup-classe</w:t>
        </w:r>
      </w:hyperlink>
    </w:p>
    <w:p>
      <w:pPr>
        <w:pStyle w:val="Link4"/>
      </w:pPr>
      <w:hyperlink r:id="rId24">
        <w:r>
          <w:rPr/>
          <w:t>Planificació de tasques de grup-classe de forma cooperativa, i capacitat d’autoavaluar els beneficis de la cooperació per totes les persones</w:t>
        </w:r>
      </w:hyperlink>
    </w:p>
    <w:p>
      <w:pPr>
        <w:pStyle w:val="Link4"/>
      </w:pPr>
      <w:hyperlink r:id="rId25">
        <w:r>
          <w:rPr/>
          <w:t>Planificació de tasques de forma cooperativa, incloent actors externs a l’aula o al centre escolar. Reconeixement de la cooperació com a forma d’apoderament col.lectiu</w:t>
        </w:r>
      </w:hyperlink>
    </w:p>
    <w:p>
      <w:pPr>
        <w:pStyle w:val="Link4"/>
      </w:pPr>
      <w:hyperlink r:id="rId26">
        <w:r>
          <w:rPr/>
          <w:t>Coneixement de les característiques i  funcions de les institucions escolars i de  les interdependències existents amb altres institucions, associacions, moviments i xarxes socials de l’entorn proper</w:t>
        </w:r>
      </w:hyperlink>
    </w:p>
    <w:p>
      <w:pPr>
        <w:pStyle w:val="Link4"/>
      </w:pPr>
      <w:hyperlink r:id="rId27">
        <w:r>
          <w:rPr/>
          <w:t>Interès i voluntat per  participar de forma responsable i compromesa en les  tasques escolars</w:t>
        </w:r>
      </w:hyperlink>
    </w:p>
    <w:p>
      <w:pPr>
        <w:pStyle w:val="Link4"/>
      </w:pPr>
      <w:hyperlink r:id="rId28">
        <w:r>
          <w:rPr/>
          <w:t>Identificació i pràctica de les diferents normes per a la  convivència democràtica al centre, la família i l’entorn proper</w:t>
        </w:r>
      </w:hyperlink>
    </w:p>
    <w:p>
      <w:pPr>
        <w:pStyle w:val="Link4"/>
      </w:pPr>
      <w:hyperlink r:id="rId29">
        <w:r>
          <w:rPr/>
          <w:t>Assumpció de les responsabilitats i els compromisos adquirits en relació a la planificació, organització i realització de tasques i projectes en l’àmbit escolar, familiar i en la vida quotidiana</w:t>
        </w:r>
      </w:hyperlink>
    </w:p>
    <w:p>
      <w:pPr>
        <w:pStyle w:val="Link4"/>
      </w:pPr>
      <w:hyperlink r:id="rId30">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3">
        <w:r>
          <w:rPr/>
          <w:t>Introducció a les causes i conseqüències dels diferents problemes mediambientals degut a l’activitat humana</w:t>
        </w:r>
      </w:hyperlink>
    </w:p>
    <w:p>
      <w:pPr>
        <w:pStyle w:val="Link4"/>
      </w:pPr>
      <w:hyperlink r:id="rId34">
        <w:r>
          <w:rPr/>
          <w:t>Coneixement de les funcions dels diferents elements que configuren el medi ambient, el territori i la naturalesa</w:t>
        </w:r>
      </w:hyperlink>
    </w:p>
    <w:p>
      <w:pPr>
        <w:pStyle w:val="Link4"/>
      </w:pPr>
      <w:hyperlink r:id="rId3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3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7">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8">
        <w:r>
          <w:rPr/>
          <w:t>Inici en la pràctica de presa de decisions i de construcció consensuada d'algunes normes bàsiques per organitzar a la convivència a l’aula i al centre</w:t>
        </w:r>
      </w:hyperlink>
    </w:p>
    <w:p>
      <w:pPr>
        <w:pStyle w:val="Link4"/>
      </w:pPr>
      <w:hyperlink r:id="rId3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40">
        <w:r>
          <w:rPr/>
          <w:t>Establiment de relacions de convivència a l'aula, al centre i a l'entorn basades en l'estima, el respecte i la conficança en un mateix i en les altres persones</w:t>
        </w:r>
      </w:hyperlink>
    </w:p>
    <w:p>
      <w:pPr>
        <w:pStyle w:val="Link4"/>
      </w:pPr>
      <w:hyperlink r:id="rId1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3">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15">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desenvolupament de sentiments favorables als valors cívics de la societat democràtica</w:t>
        <w:br/>
        <w:br/>
        <w:br/>
        <w:t>(respecte, tolerància, participació, solidaritat, convivència, compromís, justícia, igualtat, llibertat)</w:t>
        <w:br/>
        <w:br/>
        <w:br/>
        <w:t>i aplicació en situacions de convivència dins l’entorn immediat (família, veïnatge, amistats), entre</w:t>
        <w:br/>
        <w:br/>
        <w:br/>
        <w:t>iguals i en les relacions intergeneracionals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i aplicació del diàleg i la mediació com a instruments per resoldre els problemes de convivència</w:t>
        <w:br/>
        <w:br/>
        <w:br/>
        <w:t>i els conflictes d’interessos en les relacions interpersonals. Desenvolupament de la capacitat</w:t>
        <w:br/>
        <w:br/>
        <w:br/>
        <w:t>d’expressió d’opinions i judicis de forma assertiva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Dimensió plurilingüe i intercultural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i saber arribar a acords amb persones que parlen altres</w:t>
        <w:br/>
        <w:br/>
        <w:br/>
        <w:t>llengües.</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Estratègies comunicatives per adaptar-se a l’interlocutor/a en contextos multilingües i reformular els</w:t>
        <w:br/>
        <w:br/>
        <w:br/>
        <w:t>missatges, o amb l’ús d’elements no verbals per aconseguir que les altres persones ens entenguin.</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7">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stBullet"/>
      </w:pPr>
      <w:r>
        <w:t>Interculturalitat Crítica i Antiracisme</w:t>
      </w:r>
    </w:p>
    <w:p>
      <w:pPr>
        <w:pStyle w:val="ListBullet"/>
      </w:pPr>
      <w:r>
        <w:t>Educació Primària</w:t>
      </w:r>
    </w:p>
    <w:p>
      <w:pPr>
        <w:pStyle w:val="Link"/>
      </w:pPr>
      <w:hyperlink r:id="rId3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4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45">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15" Type="http://schemas.openxmlformats.org/officeDocument/2006/relationships/hyperlink" Target="https://www.transformarelmon-guia.edualter.org/ca/instruments/diari-daula"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1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