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Anàlisi de les causes, conseqüències i caractarístiques dels fenòmens migratoris al llarg de la història de la humanitat i en l'actualitat</w:t>
      </w:r>
    </w:p>
    <w:p/>
    <w:p>
      <w:pPr>
        <w:pStyle w:val="Heading1"/>
      </w:pPr>
      <w:r>
        <w:t>OBJECTIU EIX</w:t>
      </w:r>
    </w:p>
    <w:p>
      <w:pPr/>
      <w:r>
        <w:t>Ser persones obertes, responsables, crítiques i compromeses en la construcció de relacions interculturals basades en l’equitat, la justícia i la inclusió social, rebutjant els prejudicis, estereotips i qualsevol tipus de discriminació per motius d’origen o pertinença.</w:t>
      </w:r>
    </w:p>
    <w:p/>
    <w:p>
      <w:pPr>
        <w:pStyle w:val="Heading1"/>
      </w:pPr>
      <w:r>
        <w:t>OBJECTIU BLOC</w:t>
      </w:r>
    </w:p>
    <w:p>
      <w:pPr/>
      <w:r>
        <w:t>Esdevenir persones conscients i assertives respecte a la pròpia identitat, obertes i respectuoses envers altres valors, cosmovisions i formes de viure presents en l’entorn proper i al món, tot reconeixent la necessitat d’uns valors compartits com a base de la convivència intercultural.</w:t>
      </w:r>
    </w:p>
    <w:p/>
    <w:p>
      <w:pPr>
        <w:pStyle w:val="Heading1"/>
      </w:pPr>
      <w:r>
        <w:t>CRITERI D'AVALUACIÓ</w:t>
      </w:r>
    </w:p>
    <w:p>
      <w:pPr/>
      <w:r>
        <w:t>Analitzen les causes, conseqüències i característiques dels fenòmens migratoris al llarg de la història de la humanitat i en l’actualitat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Cultura, diversitat cultural i idenditats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Primer i segon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Grup d'investigació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grup d'investigació és una tècnica que es va idear per afrontar tasques complexes o de múltiples font d’informació amb la intenció de potenciar capacitats d’anàlisis i síntesis de l’alumnat, alhora que afavorir el desenvolupament de les habilitats comunicatives i socials. La tècnica es basa en grups cooperatius guiats pels seus propis interessos sobre un tema proposat, repartint-se la tasca a realitzar. Cada grup planifica com desenvolupar la part de la tasca assignada.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>
      <w:pPr>
        <w:pStyle w:val="ListBullet2"/>
      </w:pPr>
      <w:r>
        <w:t>Estratègies d'interdependència positiva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0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nk4"/>
      </w:pPr>
      <w:hyperlink r:id="rId11">
        <w:r>
          <w:rPr/>
          <w:t>Identificació dels drets i deures individuals i col·lectius en qüestió de gènere.</w:t>
        </w:r>
      </w:hyperlink>
    </w:p>
    <w:p>
      <w:pPr>
        <w:pStyle w:val="Link4"/>
      </w:pPr>
      <w:hyperlink r:id="rId12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3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14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15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16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17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18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9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20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21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22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3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25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27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8">
        <w:r>
          <w:rPr/>
          <w:t>Introducció a la dimensió internacional, al planeta i a altres països</w:t>
        </w:r>
      </w:hyperlink>
    </w:p>
    <w:p>
      <w:pPr>
        <w:pStyle w:val="Link4"/>
      </w:pPr>
      <w:hyperlink r:id="rId29">
        <w:r>
          <w:rPr/>
          <w:t>Presentació de les Nacions Unides i dels drets humans</w:t>
        </w:r>
      </w:hyperlink>
    </w:p>
    <w:p>
      <w:pPr>
        <w:pStyle w:val="Link4"/>
      </w:pPr>
      <w:hyperlink r:id="rId30">
        <w:r>
          <w:rPr/>
          <w:t>Coneixement del rol de les Nacions Unides i del dret internacional</w:t>
        </w:r>
      </w:hyperlink>
    </w:p>
    <w:p>
      <w:pPr>
        <w:pStyle w:val="Link4"/>
      </w:pPr>
      <w:hyperlink r:id="rId31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32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33">
        <w:r>
          <w:rPr/>
          <w:t>Coneixement dels drets humans individuals i col.lectius reconeguts en la Declaració Universal dels Drets Humans, Convenció sobre els Drets de l’Infant, Estatut d’Autonomia i Constitució espanyola</w:t>
        </w:r>
      </w:hyperlink>
    </w:p>
    <w:p>
      <w:pPr>
        <w:pStyle w:val="Link4"/>
      </w:pPr>
      <w:hyperlink r:id="rId34">
        <w:r>
          <w:rPr/>
          <w:t>Anàlisi crítica de la trajectòria històrica dels drets humans (drets civils i polítics; drets socials, econòmics, ambientals i culturals;  drets emergents) i  dels instruments de protecció existents (Declaració Universal dels Drets Humans, Convenció Drets de l’Infant, Estatut d’Autonomia, Constitució Espanyola...)</w:t>
        </w:r>
      </w:hyperlink>
    </w:p>
    <w:p>
      <w:pPr>
        <w:pStyle w:val="Link4"/>
      </w:pPr>
      <w:hyperlink r:id="rId35">
        <w:r>
          <w:rPr/>
          <w:t>Reflexió crítica sobre la la situació actual dels drets humans al món, analitzant la seva trajectòria històrica (drets civils i polítics, drets socials, econòmics, ambientals i culturals, drets emergents), així com els instruments de protecció existents (Declaració Universal, Convenció Drets de l’Infant, Estatut d’Autonomia, Constitució Espanyola...)</w:t>
        </w:r>
      </w:hyperlink>
    </w:p>
    <w:p>
      <w:pPr>
        <w:pStyle w:val="Link4"/>
      </w:pPr>
      <w:hyperlink r:id="rId36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37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38">
        <w:r>
          <w:rPr/>
          <w:t>Anàlisi i valoració  de les funcions, límits i interdependències existents entre institucions, associacions, moviments i xarxes socialS de l’àmbit local, nacional i internacional</w:t>
        </w:r>
      </w:hyperlink>
    </w:p>
    <w:p>
      <w:pPr>
        <w:pStyle w:val="Link4"/>
      </w:pPr>
      <w:hyperlink r:id="rId39">
        <w:r>
          <w:rPr/>
          <w:t>Reflexió crítica sobre els mecanismes de regulació i control existents per garantir el funcionament democràtic de les institucions, associacions, moviments i xarxes socials i altres actors polítics i econòmics a nivell local i global</w:t>
        </w:r>
      </w:hyperlink>
    </w:p>
    <w:p>
      <w:pPr>
        <w:pStyle w:val="Link4"/>
      </w:pPr>
      <w:hyperlink r:id="rId40">
        <w:r>
          <w:rPr/>
          <w:t>Reflexió crítica sobre 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41">
        <w:r>
          <w:rPr/>
          <w:t>Coneixement de les funcions dels diferents elements que configuren el medi ambient, el territori i la naturalesa</w:t>
        </w:r>
      </w:hyperlink>
    </w:p>
    <w:p>
      <w:pPr>
        <w:pStyle w:val="Link4"/>
      </w:pPr>
      <w:hyperlink r:id="rId42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43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4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4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4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4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4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4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50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51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52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53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54">
        <w:r>
          <w:rPr/>
          <w:t>Identificació de les diferents accions humanes que es produeixen sobre el medi ambient, el territori i la naturalesa</w:t>
        </w:r>
      </w:hyperlink>
    </w:p>
    <w:p>
      <w:pPr>
        <w:pStyle w:val="Link4"/>
      </w:pPr>
      <w:hyperlink r:id="rId55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56">
        <w:r>
          <w:rPr/>
          <w:t>Identificació de diferents alternatives de consum o activitats econòmiques relacionades amb la producció de béns i serveis.</w:t>
        </w:r>
      </w:hyperlink>
    </w:p>
    <w:p>
      <w:pPr>
        <w:pStyle w:val="Link4"/>
      </w:pPr>
      <w:hyperlink r:id="rId57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58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59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60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61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62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63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64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65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66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67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68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69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70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71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72">
        <w:r>
          <w:rPr/>
          <w:t>Reflexió crítica sobre els diferents sistemes de creences, valors, cosmovisions 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73">
        <w:r>
          <w:rPr/>
          <w:t>Anàlisi de les causes, conseqüències i caractarístiques dels fenòmens migratoris al llarg de la història de la humanitat i en l'actualitat</w:t>
        </w:r>
      </w:hyperlink>
    </w:p>
    <w:p>
      <w:pPr>
        <w:pStyle w:val="Link4"/>
      </w:pPr>
      <w:hyperlink r:id="rId74">
        <w:r>
          <w:rPr/>
          <w:t>Comprensió i valoració positiva dels diferents sistemes de creences, valors, cosmovisions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75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76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77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78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79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80">
        <w:r>
          <w:rPr/>
          <w:t>Coneixement d'eines, mecanismes i recursos útils per detectar i prevenir comportaments i/o situacions de discriminació, exclusió, dominació o violència envers les persones i grups per motiu del seu origen o pertinença, i aplicació d’aquestes estratègies en els diferents àmbits relacionals</w:t>
        </w:r>
      </w:hyperlink>
    </w:p>
    <w:p>
      <w:pPr>
        <w:pStyle w:val="Link4"/>
      </w:pPr>
      <w:hyperlink r:id="rId81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82">
        <w:r>
          <w:rPr/>
          <w:t>Carpeta d'aprenentatge</w:t>
        </w:r>
      </w:hyperlink>
    </w:p>
    <w:p>
      <w:pPr>
        <w:pStyle w:val="Link4"/>
      </w:pPr>
      <w:hyperlink r:id="rId83">
        <w:r>
          <w:rPr/>
          <w:t>Portafoli</w:t>
        </w:r>
      </w:hyperlink>
    </w:p>
    <w:p>
      <w:pPr>
        <w:pStyle w:val="Link4"/>
      </w:pPr>
      <w:hyperlink r:id="rId84">
        <w:r>
          <w:rPr/>
          <w:t>Rúbrica Perspeciva Feminista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Ciències socials, geografia i història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Anàlisi de l’evolució històrica de la població d’àmbit local i mundial: poblament, dinàmiques demogràfiques</w:t>
        <w:br/>
        <w:br/>
        <w:br/>
        <w:t>i ritmes d’urbanització al llarg de la història. Identificació de les fonts per a l’estudi de la</w:t>
        <w:br/>
        <w:br/>
        <w:br/>
        <w:t>població (censos, padrons o registres).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121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Primer i segon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Aplicació dels conceptes bàsics de demografia a la comprensió de dinàmiques demogràfiques actuals</w:t>
        <w:br/>
        <w:br/>
        <w:br/>
        <w:t>(creixement demogràfic, migracions, esperança de vida), analitzant i interpretant les seves causes i</w:t>
        <w:br/>
        <w:br/>
        <w:br/>
        <w:t>conseqüències.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121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Primer i segon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85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72">
        <w:r>
          <w:rPr/>
          <w:t>Reflexió crítica sobre els diferents sistemes de creences, valors, cosmovisions  i formes de vida presents en l’entorn proper i al món, respectant i valorant la diversitat cultural existent com una oportunitat d'aprenentatge i enriquiment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86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digital</w:t>
      </w:r>
    </w:p>
    <w:p>
      <w:pPr>
        <w:pStyle w:val="Link"/>
      </w:pPr>
      <w:hyperlink r:id="rId74">
        <w:r>
          <w:rPr/>
          <w:t>Comprensió i valoració positiva dels diferents sistemes de creences, valors, cosmovisions i formes de vida presents en l’entorn proper i al món, respectant i valorant la diversitat cultural existent com una oportunitat d'aprenentatge i enriquiment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m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m" TargetMode="External"/><Relationship Id="rId1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m" TargetMode="External"/><Relationship Id="rId1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s" TargetMode="External"/><Relationship Id="rId13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s" TargetMode="External"/><Relationship Id="rId14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s" TargetMode="External"/><Relationship Id="rId15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s" TargetMode="External"/><Relationship Id="rId16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2_gen_ba_s1s2" TargetMode="External"/><Relationship Id="rId17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2_gen_ba_s3s4" TargetMode="External"/><Relationship Id="rId18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Relationship Id="rId19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20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2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2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2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2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25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2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2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2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2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3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3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3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3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2_ddhh_ba_cs" TargetMode="External"/><Relationship Id="rId34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2_ddhh_ba_s1s2" TargetMode="External"/><Relationship Id="rId35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2_ddhh_ba_s3s4" TargetMode="External"/><Relationship Id="rId36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m" TargetMode="External"/><Relationship Id="rId37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38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1s2" TargetMode="External"/><Relationship Id="rId39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3s4" TargetMode="External"/><Relationship Id="rId40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3s4" TargetMode="External"/><Relationship Id="rId41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2_med_ba_cm" TargetMode="External"/><Relationship Id="rId42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4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4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4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4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4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4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4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50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51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52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5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5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i" TargetMode="External"/><Relationship Id="rId5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5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m" TargetMode="External"/><Relationship Id="rId5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58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5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6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6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6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63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6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6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6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6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68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6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70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71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72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2_int_ba_s1s2" TargetMode="External"/><Relationship Id="rId73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3_int_ba_s1s2" TargetMode="External"/><Relationship Id="rId74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2_int_ba_s3s4" TargetMode="External"/><Relationship Id="rId75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76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77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78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79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80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4_int_bb_cs" TargetMode="External"/><Relationship Id="rId8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82" Type="http://schemas.openxmlformats.org/officeDocument/2006/relationships/hyperlink" Target="https://www.transformarelmon-guia.edualter.org/ca/instruments/carpeta-daprenentatge" TargetMode="External"/><Relationship Id="rId83" Type="http://schemas.openxmlformats.org/officeDocument/2006/relationships/hyperlink" Target="https://www.transformarelmon-guia.edualter.org/ca/instruments/portafoli1" TargetMode="External"/><Relationship Id="rId84" Type="http://schemas.openxmlformats.org/officeDocument/2006/relationships/hyperlink" Target="https://www.transformarelmon-guia.edualter.org/ca/instruments/rubrica-perspeciva-feminista" TargetMode="External"/><Relationship Id="rId85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86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4_int_ba_s1s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