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d’alguns principis i valors fonamentals (justícia, equitat, pau, dignitat, llibertat, solidaritat...) que constitueixen la base de la igualtat de drets i oportunitats per a totes les persones independentment del seu origen o pertinença.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alguns principis i valors fonamentals (justícia, equitat, pau, dignitat,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6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7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8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0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www.transformarelmon-guia.edualter.org/ca/instruments/carpeta-daprenentatge" TargetMode="External"/><Relationship Id="rId83" Type="http://schemas.openxmlformats.org/officeDocument/2006/relationships/hyperlink" Target="https://www.transformarelmon-guia.edualter.org/ca/instruments/portafoli1" TargetMode="External"/><Relationship Id="rId84" Type="http://schemas.openxmlformats.org/officeDocument/2006/relationships/hyperlink" Target="https://www.transformarelmon-guia.edualter.org/ca/instruments/rubrica-perspeciva-feminista" TargetMode="External"/><Relationship Id="rId8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12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13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