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 les experiències migratòries dels diferents membres de les famílies de l’alumnat, identificant la seva tipologia (del camp a la ciutat, dintre del propi país, internacional...).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les experiències migratòries dels diferents membres de les respectives famílies, identificant la seva tipologia (del camp a la ciutat, dintre del propi país o internacional).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canvis en les persones al llarg del temps i de les diferents etapes personals. Ús de</w:t>
        <w:br/>
        <w:br/>
        <w:br/>
        <w:t>tècniques de registre i representació de la història pròpia i del passat familiar proper.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www.transformarelmon-guia.edualter.org/ca/instruments/diari-daula" TargetMode="External"/><Relationship Id="rId65" Type="http://schemas.openxmlformats.org/officeDocument/2006/relationships/hyperlink" Target="https://www.transformarelmon-guia.edualter.org/ca/instruments/portafoli1" TargetMode="External"/><Relationship Id="rId6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6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