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Subtitle"/>
      </w:pPr>
      <w:r>
        <w:t>CONTINGUT D'APRENENTATGE SECUNDÀRIA</w:t>
      </w:r>
    </w:p>
    <w:p/>
    <w:p>
      <w:pPr>
        <w:pStyle w:val="Title"/>
      </w:pPr>
      <w:r>
        <w:t xml:space="preserve">Consciènciació i autonomia en la construcció del propi model de masculinitat i feminitat.  </w:t>
      </w:r>
    </w:p>
    <w:p/>
    <w:p>
      <w:pPr>
        <w:pStyle w:val="Heading1"/>
      </w:pPr>
      <w:r>
        <w:t>OBJECTIU EIX</w:t>
      </w:r>
    </w:p>
    <w:p>
      <w:pPr/>
      <w:r>
        <w:t>Promoure una ciutadania que potenciï l’equitat entre homes i dones i l’eliminació de tota mena de discriminació per qüestió de gènere, sexe i opció afectivasexual.</w:t>
      </w:r>
    </w:p>
    <w:p/>
    <w:p>
      <w:pPr>
        <w:pStyle w:val="Heading1"/>
      </w:pPr>
      <w:r>
        <w:t>OBJECTIU BLOC</w:t>
      </w:r>
    </w:p>
    <w:p>
      <w:pPr/>
      <w:r>
        <w:t>Reflexionar críticament sobre els diferents models de masculinitat i feminitat existents en les societats plurals i les seves conseqüències a nivell social i històric per tal de construir de manera conscient i autònoma el seu propi model com a persona.</w:t>
      </w:r>
    </w:p>
    <w:p/>
    <w:p>
      <w:pPr>
        <w:pStyle w:val="Heading1"/>
      </w:pPr>
      <w:r>
        <w:t>CRITERI D'AVALUACIÓ</w:t>
      </w:r>
    </w:p>
    <w:p>
      <w:pPr/>
      <w:r>
        <w:t>Desenvolupen de manera responsable, crítica i autònonoma la construcció del seu propi model de masculinitat i feminitat.</w:t>
      </w:r>
    </w:p>
    <w:p/>
    <w:p>
      <w:pPr>
        <w:pStyle w:val="Heading1"/>
      </w:pPr>
      <w:r>
        <w:t>TIPUS</w:t>
      </w:r>
    </w:p>
    <w:p>
      <w:pPr>
        <w:pStyle w:val="ListBullet"/>
      </w:pPr>
      <w:r>
        <w:t>Contingut específic</w:t>
      </w:r>
    </w:p>
    <w:p/>
    <w:p>
      <w:pPr>
        <w:pStyle w:val="Heading1"/>
      </w:pPr>
      <w:r>
        <w:t>EIX</w:t>
      </w:r>
    </w:p>
    <w:p>
      <w:pPr>
        <w:pStyle w:val="ListBullet"/>
      </w:pPr>
      <w:r>
        <w:t>Gènere i feminismes</w:t>
      </w:r>
    </w:p>
    <w:p/>
    <w:p>
      <w:pPr>
        <w:pStyle w:val="Heading1"/>
      </w:pPr>
      <w:r>
        <w:t>BLOC</w:t>
      </w:r>
    </w:p>
    <w:p>
      <w:pPr>
        <w:pStyle w:val="ListBullet"/>
      </w:pPr>
      <w:r>
        <w:t>G Masculinitats i feminitats</w:t>
      </w:r>
    </w:p>
    <w:p/>
    <w:p>
      <w:pPr>
        <w:pStyle w:val="Heading1"/>
      </w:pPr>
      <w:r>
        <w:t>ETAPA</w:t>
      </w:r>
    </w:p>
    <w:p>
      <w:pPr>
        <w:pStyle w:val="ListBullet"/>
      </w:pPr>
      <w:r>
        <w:t>Educació Secundària Obligatòria (ESO)</w:t>
      </w:r>
    </w:p>
    <w:p/>
    <w:p>
      <w:pPr>
        <w:pStyle w:val="Heading1"/>
      </w:pPr>
      <w:r>
        <w:t>CICLE</w:t>
      </w:r>
    </w:p>
    <w:p>
      <w:pPr>
        <w:pStyle w:val="ListBullet"/>
      </w:pPr>
      <w:r>
        <w:t>Segon cicle d'ESO</w:t>
      </w:r>
    </w:p>
    <w:p/>
    <w:p>
      <w:pPr>
        <w:pStyle w:val="Heading1"/>
      </w:pPr>
      <w:r>
        <w:t>COMPETÈNCIES</w:t>
      </w:r>
    </w:p>
    <w:p>
      <w:pPr>
        <w:pStyle w:val="ListBullet"/>
      </w:pPr>
      <w:r>
        <w:t>Competència en comunicació lingüística</w:t>
      </w:r>
    </w:p>
    <w:p>
      <w:pPr>
        <w:pStyle w:val="ListBullet"/>
      </w:pPr>
      <w:r>
        <w:t>Competència ciutadana</w:t>
      </w:r>
    </w:p>
    <w:p/>
    <w:p>
      <w:pPr>
        <w:pStyle w:val="Heading1"/>
      </w:pPr>
      <w:r>
        <w:t>RECOMANACIONS PEDAGÒGIQUES</w:t>
      </w:r>
    </w:p>
    <w:p/>
    <w:p>
      <w:pPr>
        <w:pStyle w:val="Heading2"/>
      </w:pPr>
      <w:r>
        <w:t>ESTRATÈGIES DIDÀCTIQUES</w:t>
      </w:r>
    </w:p>
    <w:p/>
    <w:p>
      <w:pPr>
        <w:pStyle w:val="Heading3"/>
      </w:pPr>
      <w:r>
        <w:t>Clarificació de valors</w:t>
      </w:r>
    </w:p>
    <w:p/>
    <w:p>
      <w:pPr>
        <w:pStyle w:val="Heading4"/>
      </w:pPr>
      <w:r>
        <w:t>RECURSOS NECESSARIS</w:t>
      </w:r>
    </w:p>
    <w:p/>
    <w:p>
      <w:pPr>
        <w:pStyle w:val="Heading4"/>
      </w:pPr>
      <w:r>
        <w:t>CARACTERÍSTIQUES DELS AGENTS IMPLICATS</w:t>
      </w:r>
    </w:p>
    <w:p/>
    <w:p>
      <w:pPr>
        <w:pStyle w:val="Heading4"/>
      </w:pPr>
      <w:r>
        <w:t>CONTEXT</w:t>
      </w:r>
    </w:p>
    <w:p/>
    <w:p>
      <w:pPr>
        <w:pStyle w:val="Heading4"/>
      </w:pPr>
      <w:r>
        <w:t>DESCRIPCIÓ DE LA TÈCNICA DIDÀCTICA</w:t>
      </w:r>
    </w:p>
    <w:p>
      <w:pPr>
        <w:pStyle w:val="Normal4"/>
      </w:pPr>
      <w:r>
        <w:t>La clarificació de valors pretén ajudar a l’alumnat a exercitar-se en el procés de valoració, afavorint el coneixement de la pròpia identitat. El seu propòsit és facilitar la presa de consciència dels valors, creences i les opcions vitals de cada persona.</w:t>
      </w:r>
    </w:p>
    <w:p/>
    <w:p>
      <w:pPr>
        <w:pStyle w:val="Heading4"/>
      </w:pPr>
      <w:r>
        <w:t>JUSTIFICACIÓ</w:t>
      </w:r>
    </w:p>
    <w:p/>
    <w:p>
      <w:pPr>
        <w:pStyle w:val="Heading4"/>
      </w:pPr>
      <w:r>
        <w:t>DE QUINA MANERA LA TÈCNICA CONTRIBUEIX A INCORPORAR UN ENFOCAMENT DE GÈNERE?</w:t>
      </w:r>
    </w:p>
    <w:p/>
    <w:p>
      <w:pPr>
        <w:pStyle w:val="Heading4"/>
      </w:pPr>
      <w:r>
        <w:t>DE QUINA MANERA AQUESTA TÈCNICA DIDÀCTICA PERMET INCORPORAR INQUIETUDS, REFLEXIONS I TENSIONS EXPRESSADES</w:t>
      </w:r>
    </w:p>
    <w:p/>
    <w:p>
      <w:pPr>
        <w:pStyle w:val="Heading4"/>
      </w:pPr>
      <w:r>
        <w:t>CONTRIBUCIÓ A COMBATRE I FER MÉS CONSCIENTS LES DESIGUALTATS ENTRE L'ALUMNAT</w:t>
      </w:r>
    </w:p>
    <w:p/>
    <w:p>
      <w:pPr>
        <w:pStyle w:val="Heading4"/>
      </w:pPr>
      <w:r>
        <w:t>CONTRIBUCIÓ A L'EDUCACIÓ PER AL DESENVOLUPAMENT I LA JUSTÍCIA GLOBAL</w:t>
      </w:r>
    </w:p>
    <w:p/>
    <w:p>
      <w:pPr>
        <w:pStyle w:val="Heading4"/>
      </w:pPr>
      <w:r>
        <w:t>FAMÍLIA D’ESTRATÈGIES DIDÀCTIQUES</w:t>
      </w:r>
    </w:p>
    <w:p>
      <w:pPr>
        <w:pStyle w:val="ListBullet2"/>
      </w:pPr>
      <w:r>
        <w:t>Estratègies per a l'autoconeixement i el desenvolupament personal</w:t>
      </w:r>
    </w:p>
    <w:p/>
    <w:p>
      <w:pPr>
        <w:pStyle w:val="Heading4"/>
      </w:pPr>
      <w:r>
        <w:t>ÀMBIT</w:t>
      </w:r>
    </w:p>
    <w:p>
      <w:pPr>
        <w:pStyle w:val="ListBullet2"/>
      </w:pPr>
      <w:r>
        <w:t>Aula</w:t>
      </w:r>
    </w:p>
    <w:p/>
    <w:p>
      <w:pPr>
        <w:pStyle w:val="Heading4"/>
      </w:pPr>
      <w:r>
        <w:t>TERMINI</w:t>
      </w:r>
    </w:p>
    <w:p>
      <w:pPr>
        <w:pStyle w:val="ListBullet2"/>
      </w:pPr>
      <w:r>
        <w:t>Curt termini (3 mesos o menys)</w:t>
      </w:r>
    </w:p>
    <w:p/>
    <w:p>
      <w:pPr>
        <w:pStyle w:val="Heading4"/>
      </w:pPr>
      <w:r>
        <w:t>ORIENTACIONS</w:t>
      </w:r>
    </w:p>
    <w:p>
      <w:pPr>
        <w:pStyle w:val="Link4"/>
      </w:pPr>
      <w:hyperlink r:id="rId9">
        <w:r>
          <w:rPr/>
          <w:t>Assumpció del propi procès de construcció de la masculinitat i feminitat.</w:t>
        </w:r>
      </w:hyperlink>
    </w:p>
    <w:p>
      <w:pPr>
        <w:pStyle w:val="Link4"/>
      </w:pPr>
      <w:hyperlink r:id="rId10">
        <w:r>
          <w:rPr/>
          <w:t xml:space="preserve">Consciènciació i autonomia en la construcció del propi model de masculinitat i feminitat.  </w:t>
        </w:r>
      </w:hyperlink>
    </w:p>
    <w:p>
      <w:pPr>
        <w:pStyle w:val="Link4"/>
      </w:pPr>
      <w:hyperlink r:id="rId11">
        <w:r>
          <w:rPr/>
          <w:t>Percepció dels trets constitutius de la pròpia identitat de gènere, identitat sexual i opció afectivasexual</w:t>
        </w:r>
      </w:hyperlink>
    </w:p>
    <w:p>
      <w:pPr>
        <w:pStyle w:val="Link4"/>
      </w:pPr>
      <w:hyperlink r:id="rId12">
        <w:r>
          <w:rPr/>
          <w:t>Identificació dels trets constitutius de la pròpia identitat de gènere, identitat sexual i opció afectivasexual</w:t>
        </w:r>
      </w:hyperlink>
    </w:p>
    <w:p>
      <w:pPr>
        <w:pStyle w:val="Link4"/>
      </w:pPr>
      <w:hyperlink r:id="rId13">
        <w:r>
          <w:rPr/>
          <w:t>Presa de consciència del propi procés de construcció de la identitat de gènere, identitat sexual i opció afectivasexual</w:t>
        </w:r>
      </w:hyperlink>
    </w:p>
    <w:p>
      <w:pPr>
        <w:pStyle w:val="Link4"/>
      </w:pPr>
      <w:hyperlink r:id="rId14">
        <w:r>
          <w:rPr/>
          <w:t>Anàlisi crítica dels trets constitutius de la pròpia identitat de gènere, identitat sexual i opció afectivasexual</w:t>
        </w:r>
      </w:hyperlink>
    </w:p>
    <w:p>
      <w:pPr>
        <w:pStyle w:val="Link4"/>
      </w:pPr>
      <w:hyperlink r:id="rId15">
        <w:r>
          <w:rPr/>
          <w:t>Valoració dels trets constitutius de la pròpia identitat de gènere, identitat sexual i opció afectivasexual</w:t>
        </w:r>
      </w:hyperlink>
    </w:p>
    <w:p>
      <w:pPr>
        <w:pStyle w:val="Link4"/>
      </w:pPr>
      <w:hyperlink r:id="rId16">
        <w:r>
          <w:rPr/>
          <w:t>Detecció dels propis prejudicis envers les diferents identitats de gènere, identitats sexuals i opcions afectivosexuals</w:t>
        </w:r>
      </w:hyperlink>
    </w:p>
    <w:p>
      <w:pPr>
        <w:pStyle w:val="Link4"/>
      </w:pPr>
      <w:hyperlink r:id="rId17">
        <w:r>
          <w:rPr/>
          <w:t>Identificació dels propis prejudicis envers les identitats de gènere, identitats sexuals i opcions afectivosexuals</w:t>
        </w:r>
      </w:hyperlink>
    </w:p>
    <w:p>
      <w:pPr>
        <w:pStyle w:val="Link4"/>
      </w:pPr>
      <w:hyperlink r:id="rId18">
        <w:r>
          <w:rPr/>
          <w:t>Capacitat d’argumentar el rebuig als tipus de violència (directa, estructural i cultural) en les relacions interpersonals i en les condicions socials i mundials</w:t>
        </w:r>
      </w:hyperlink>
    </w:p>
    <w:p>
      <w:pPr>
        <w:pStyle w:val="Link4"/>
      </w:pPr>
      <w:hyperlink r:id="rId19">
        <w:r>
          <w:rPr/>
          <w:t>Capacitat d’argumentar els reptes i els beneficis de respectar el procés i de trobar una sortida justa per resoldre els conflictes  interpersonals i socials</w:t>
        </w:r>
      </w:hyperlink>
    </w:p>
    <w:p>
      <w:pPr>
        <w:pStyle w:val="Link4"/>
      </w:pPr>
      <w:hyperlink r:id="rId20">
        <w:r>
          <w:rPr/>
          <w:t>Coneixement dels diferents tipus de conflictes (locals, socials, internacionals; noviolents o violents) i reflexió crítica de la cobertura que en fan els mitjans de comunicació</w:t>
        </w:r>
      </w:hyperlink>
    </w:p>
    <w:p>
      <w:pPr>
        <w:pStyle w:val="Link4"/>
      </w:pPr>
      <w:hyperlink r:id="rId21">
        <w:r>
          <w:rPr/>
          <w:t>Reconeixement del valor de l’acció pacífica per a resoldre els conflictes</w:t>
        </w:r>
      </w:hyperlink>
    </w:p>
    <w:p>
      <w:pPr>
        <w:pStyle w:val="Link4"/>
      </w:pPr>
      <w:hyperlink r:id="rId22">
        <w:r>
          <w:rPr/>
          <w:t>Capacitat d’argumentar els beneficis i les limitacions de l’acció pacífica per a resoldre els conflictes</w:t>
        </w:r>
      </w:hyperlink>
    </w:p>
    <w:p>
      <w:pPr>
        <w:pStyle w:val="Link4"/>
      </w:pPr>
      <w:hyperlink r:id="rId23">
        <w:r>
          <w:rPr/>
          <w:t>Presentació dels conceptes de drets i deures</w:t>
        </w:r>
      </w:hyperlink>
    </w:p>
    <w:p>
      <w:pPr>
        <w:pStyle w:val="Link4"/>
      </w:pPr>
      <w:hyperlink r:id="rId24">
        <w:r>
          <w:rPr/>
          <w:t xml:space="preserve">Exercici dels drets propis, assumpció dels deures que se'n deriven i respecte dels drets de les persones de l'entorn </w:t>
        </w:r>
      </w:hyperlink>
    </w:p>
    <w:p>
      <w:pPr>
        <w:pStyle w:val="Link4"/>
      </w:pPr>
      <w:hyperlink r:id="rId25">
        <w:r>
          <w:rPr/>
          <w:t>Respecte  i defensa dels drets propis i de les  persones tant de l’entorn proper com llunyà a partir de l’assertivitat, l’empatia i la solidaritat</w:t>
        </w:r>
      </w:hyperlink>
    </w:p>
    <w:p>
      <w:pPr>
        <w:pStyle w:val="Link4"/>
      </w:pPr>
      <w:hyperlink r:id="rId26">
        <w:r>
          <w:rPr/>
          <w:t>Assumpció del procés de construcció de la pròpia identitat com a subjecte polític</w:t>
        </w:r>
      </w:hyperlink>
    </w:p>
    <w:p>
      <w:pPr>
        <w:pStyle w:val="Link4"/>
      </w:pPr>
      <w:hyperlink r:id="rId27">
        <w:r>
          <w:rPr/>
          <w:t>Conscienciació del procés de construcció de la pròpia identitat com a subjecte polític</w:t>
        </w:r>
      </w:hyperlink>
    </w:p>
    <w:p>
      <w:pPr>
        <w:pStyle w:val="Link4"/>
      </w:pPr>
      <w:hyperlink r:id="rId28">
        <w:r>
          <w:rPr/>
          <w:t>Responsabilitat i autonomia en la presa de decisions, assumpció de les conseqüències de les pròpies decisions, desenvolupant una actitud autocrítica</w:t>
        </w:r>
      </w:hyperlink>
    </w:p>
    <w:p>
      <w:pPr>
        <w:pStyle w:val="Link4"/>
      </w:pPr>
      <w:hyperlink r:id="rId29">
        <w:r>
          <w:rPr/>
          <w:t>Interès per les pròpies accions sobre el medi ambient, el territori i la naturalesa de l’entorn proper</w:t>
        </w:r>
      </w:hyperlink>
    </w:p>
    <w:p>
      <w:pPr>
        <w:pStyle w:val="Link4"/>
      </w:pPr>
      <w:hyperlink r:id="rId30">
        <w:r>
          <w:rPr/>
          <w:t>Presa de consciència de les pròpies accions sobre el medi ambient, el territori i la naturalesa de l’entorn proper i del seu impacte a escala global</w:t>
        </w:r>
      </w:hyperlink>
    </w:p>
    <w:p>
      <w:pPr>
        <w:pStyle w:val="Link4"/>
      </w:pPr>
      <w:hyperlink r:id="rId31">
        <w:r>
          <w:rPr/>
          <w:t>Reconeixement i reflexió  sobre els múltiples elements que contribueixen a la configuració de la identitat (origen, llengua, costums, valors, sentit de pertinença, adscripció a grups d’afinitat)</w:t>
        </w:r>
      </w:hyperlink>
    </w:p>
    <w:p>
      <w:pPr>
        <w:pStyle w:val="Link4"/>
      </w:pPr>
      <w:hyperlink r:id="rId32">
        <w:r>
          <w:rPr/>
          <w:t>Presa de consciència del procés de construcció de la pròpia identitat a partir de la relació amb les persones i col.lectius de l’entorn</w:t>
        </w:r>
      </w:hyperlink>
    </w:p>
    <w:p>
      <w:pPr>
        <w:pStyle w:val="Link4"/>
      </w:pPr>
      <w:hyperlink r:id="rId33">
        <w:r>
          <w:rPr/>
          <w:t>Respecte i valoració de la diversitat cultural (llengües, costums, valors, creences, formes de vida...) present a l’aula, l’escola i a l’entorn proper com una oportunitat d’aprenentatge i d’enriquiment</w:t>
        </w:r>
      </w:hyperlink>
    </w:p>
    <w:p>
      <w:pPr>
        <w:pStyle w:val="Link4"/>
      </w:pPr>
      <w:hyperlink r:id="rId34">
        <w:r>
          <w:rPr/>
          <w:t>Assumpció del procés de construcció de la pròpia identitat, a partir de l’establiment de semblances i diferències, i l'establiment de relacions amb les persones i col.lectius de l’entorn proper i llunyà</w:t>
        </w:r>
      </w:hyperlink>
    </w:p>
    <w:p>
      <w:pPr>
        <w:pStyle w:val="Link4"/>
      </w:pPr>
      <w:hyperlink r:id="rId35">
        <w:r>
          <w:rPr/>
          <w:t>Respecte i reivindicació dels principis i valors fonamentals (justícia, equitat, dignitat, pau, llibertat, solidaritat...) que constitueixen la base de la igualtat de drets i oportunitats per a totes les persones, independentment de l'origen o pertinença</w:t>
        </w:r>
      </w:hyperlink>
    </w:p>
    <w:p>
      <w:pPr>
        <w:pStyle w:val="Link4"/>
      </w:pPr>
      <w:hyperlink r:id="rId36">
        <w:r>
          <w:rPr/>
          <w:t>Consciència crítica i autonomia en  el procés de construcció de la pròpia identitat a partir de l’establiment de diferències, semblances i interdependències amb les persones i col.lectius de l’entorn proper i llunyà</w:t>
        </w:r>
      </w:hyperlink>
    </w:p>
    <w:p>
      <w:pPr>
        <w:pStyle w:val="Link4"/>
      </w:pPr>
      <w:hyperlink r:id="rId37">
        <w:r>
          <w:rPr/>
          <w:t>Identificació d'estereotips i prejudicis presents a l'aula i en l'entorn proper envers persones i col.lectius d'origens culturals diversos</w:t>
        </w:r>
      </w:hyperlink>
    </w:p>
    <w:p>
      <w:pPr>
        <w:pStyle w:val="Link4"/>
      </w:pPr>
      <w:hyperlink r:id="rId38">
        <w:r>
          <w:rPr/>
          <w:t>Reconeixement d'estereotips i prejudicis presents a l'aula i en l'entorn proper envers persones i col.lectius d'orígens culturals diversos</w:t>
        </w:r>
      </w:hyperlink>
    </w:p>
    <w:p>
      <w:pPr>
        <w:pStyle w:val="Link4"/>
      </w:pPr>
      <w:hyperlink r:id="rId39">
        <w:r>
          <w:rPr/>
          <w:t>Reflexió i posicionament en relació als estereotips i prejudicis presents a l'aula i en els diferents àmbits relacionals de l'alumnat envers persones i col.lectius d’orígens culturals diversos</w:t>
        </w:r>
      </w:hyperlink>
    </w:p>
    <w:p>
      <w:pPr>
        <w:pStyle w:val="Link4"/>
      </w:pPr>
      <w:hyperlink r:id="rId40">
        <w:r>
          <w:rPr/>
          <w:t>Anàlisi crítica i rebuig dels estereotips i prejudicis presents a l'aula i en els diferents àmbits relacionals de l'alumnat envers persones i col.lectius d'orígens culturals diversos</w:t>
        </w:r>
      </w:hyperlink>
    </w:p>
    <w:p>
      <w:pPr>
        <w:pStyle w:val="Link4"/>
      </w:pPr>
      <w:hyperlink r:id="rId41">
        <w:r>
          <w:rPr/>
          <w:t>Reflexió crítica i  deconstrucció dels estereotips  i prejudicis presents a l'aula i en els diferents àmbits relacionals de l'alumnat envers persones i col•lectius d’orígens culturals diversos</w:t>
        </w:r>
      </w:hyperlink>
    </w:p>
    <w:p>
      <w:pPr>
        <w:pStyle w:val="Link4"/>
      </w:pPr>
      <w:hyperlink r:id="rId42">
        <w:r>
          <w:rPr/>
          <w:t>Manifestació i defensa d'un tractament respectuós en relació als diferents col.lectius socials i culturals, en els espais d'informació i comunicació (mitjans de comunicació, Internet, xarxes socials...)</w:t>
        </w:r>
      </w:hyperlink>
    </w:p>
    <w:p>
      <w:pPr>
        <w:pStyle w:val="Link4"/>
      </w:pPr>
      <w:hyperlink r:id="rId43">
        <w:r>
          <w:rPr/>
          <w:t>Identificació de les necessitats, desitjos, sentiments i valors propis i dels de les altres persones de l’entorn</w:t>
        </w:r>
      </w:hyperlink>
    </w:p>
    <w:p>
      <w:pPr>
        <w:pStyle w:val="Link4"/>
      </w:pPr>
      <w:hyperlink r:id="rId44">
        <w:r>
          <w:rPr/>
          <w:t>Reconeixement de la necessitat de consensuar unes normes bàsiques per organitzar la convivència a l’aula i al centre</w:t>
        </w:r>
      </w:hyperlink>
    </w:p>
    <w:p>
      <w:pPr>
        <w:pStyle w:val="Link4"/>
      </w:pPr>
      <w:hyperlink r:id="rId45">
        <w:r>
          <w:rPr/>
          <w:t xml:space="preserve">Reconeixement i valoració de les necessitats, desitjos, sentiments i valors personals i grupas a partir de l'autoestima, el respecte i la confiança </w:t>
        </w:r>
      </w:hyperlink>
    </w:p>
    <w:p>
      <w:pPr>
        <w:pStyle w:val="Link4"/>
      </w:pPr>
      <w:hyperlink r:id="rId46">
        <w:r>
          <w:rPr/>
          <w:t>Valoració crítica i assumpció de les habilitats socials per a la convivència intercultural  en societats dinàmiques i canviants (comunicació, escolta activa, diàleg, empatia, provenció, resolució, transformació de conflictes, mediació, cooperació, flexibilitat i adaptabilitat)</w:t>
        </w:r>
      </w:hyperlink>
    </w:p>
    <w:p>
      <w:pPr>
        <w:pStyle w:val="Link4"/>
      </w:pPr>
      <w:hyperlink r:id="rId47">
        <w:r>
          <w:rPr/>
          <w:t>Respecte i reivindicació dels drets propis i de les persones i col.lectius de l'entorn proper i del món, fent èmfasi en aquells relacionats amb el reconeixement de les minories i de la diversitat (lingüística, cultura, religiosa...)</w:t>
        </w:r>
      </w:hyperlink>
    </w:p>
    <w:p/>
    <w:p>
      <w:pPr>
        <w:pStyle w:val="Heading4"/>
      </w:pPr>
      <w:r>
        <w:t>INSTRUMENTS D'AVALUACIÓ</w:t>
      </w:r>
    </w:p>
    <w:p>
      <w:pPr>
        <w:pStyle w:val="Link4"/>
      </w:pPr>
      <w:hyperlink r:id="rId48">
        <w:r>
          <w:rPr/>
          <w:t>Diari d'aula</w:t>
        </w:r>
      </w:hyperlink>
    </w:p>
    <w:p/>
    <w:p>
      <w:pPr>
        <w:pStyle w:val="Heading3"/>
      </w:pPr>
      <w:r>
        <w:t>Diaris personals</w:t>
      </w:r>
    </w:p>
    <w:p/>
    <w:p>
      <w:pPr>
        <w:pStyle w:val="Heading4"/>
      </w:pPr>
      <w:r>
        <w:t>RECURSOS NECESSARIS</w:t>
      </w:r>
    </w:p>
    <w:p/>
    <w:p>
      <w:pPr>
        <w:pStyle w:val="Heading4"/>
      </w:pPr>
      <w:r>
        <w:t>CARACTERÍSTIQUES DELS AGENTS IMPLICATS</w:t>
      </w:r>
    </w:p>
    <w:p/>
    <w:p>
      <w:pPr>
        <w:pStyle w:val="Heading4"/>
      </w:pPr>
      <w:r>
        <w:t>CONTEXT</w:t>
      </w:r>
    </w:p>
    <w:p/>
    <w:p>
      <w:pPr>
        <w:pStyle w:val="Heading4"/>
      </w:pPr>
      <w:r>
        <w:t>DESCRIPCIÓ DE LA TÈCNICA DIDÀCTICA</w:t>
      </w:r>
    </w:p>
    <w:p>
      <w:pPr>
        <w:pStyle w:val="Normal4"/>
      </w:pPr>
      <w:r>
        <w:t>El diari personal és una tècnica que promou diferents aspectes en el seu procés de realització com estimular la creativitat, l’autonomia personal, l’autoestima i deixar constància de les tasques, activitats i exercicis realitzats tant a nivell individual com grupal.</w:t>
      </w:r>
    </w:p>
    <w:p/>
    <w:p>
      <w:pPr>
        <w:pStyle w:val="Heading4"/>
      </w:pPr>
      <w:r>
        <w:t>JUSTIFICACIÓ</w:t>
      </w:r>
    </w:p>
    <w:p/>
    <w:p>
      <w:pPr>
        <w:pStyle w:val="Heading4"/>
      </w:pPr>
      <w:r>
        <w:t>DE QUINA MANERA LA TÈCNICA CONTRIBUEIX A INCORPORAR UN ENFOCAMENT DE GÈNERE?</w:t>
      </w:r>
    </w:p>
    <w:p/>
    <w:p>
      <w:pPr>
        <w:pStyle w:val="Heading4"/>
      </w:pPr>
      <w:r>
        <w:t>DE QUINA MANERA AQUESTA TÈCNICA DIDÀCTICA PERMET INCORPORAR INQUIETUDS, REFLEXIONS I TENSIONS EXPRESSADES</w:t>
      </w:r>
    </w:p>
    <w:p/>
    <w:p>
      <w:pPr>
        <w:pStyle w:val="Heading4"/>
      </w:pPr>
      <w:r>
        <w:t>CONTRIBUCIÓ A COMBATRE I FER MÉS CONSCIENTS LES DESIGUALTATS ENTRE L'ALUMNAT</w:t>
      </w:r>
    </w:p>
    <w:p/>
    <w:p>
      <w:pPr>
        <w:pStyle w:val="Heading4"/>
      </w:pPr>
      <w:r>
        <w:t>CONTRIBUCIÓ A L'EDUCACIÓ PER AL DESENVOLUPAMENT I LA JUSTÍCIA GLOBAL</w:t>
      </w:r>
    </w:p>
    <w:p/>
    <w:p>
      <w:pPr>
        <w:pStyle w:val="Heading4"/>
      </w:pPr>
      <w:r>
        <w:t>FAMÍLIA D’ESTRATÈGIES DIDÀCTIQUES</w:t>
      </w:r>
    </w:p>
    <w:p>
      <w:pPr>
        <w:pStyle w:val="ListBullet2"/>
      </w:pPr>
      <w:r>
        <w:t>Estratègies per a l'autoconeixement i el desenvolupament personal</w:t>
      </w:r>
    </w:p>
    <w:p/>
    <w:p>
      <w:pPr>
        <w:pStyle w:val="Heading4"/>
      </w:pPr>
      <w:r>
        <w:t>ÀMBIT</w:t>
      </w:r>
    </w:p>
    <w:p>
      <w:pPr>
        <w:pStyle w:val="ListBullet2"/>
      </w:pPr>
      <w:r>
        <w:t>Aula</w:t>
      </w:r>
    </w:p>
    <w:p/>
    <w:p>
      <w:pPr>
        <w:pStyle w:val="Heading4"/>
      </w:pPr>
      <w:r>
        <w:t>TERMINI</w:t>
      </w:r>
    </w:p>
    <w:p>
      <w:pPr>
        <w:pStyle w:val="ListBullet2"/>
      </w:pPr>
      <w:r>
        <w:t>Mig termini (almenys 6 mesos)</w:t>
      </w:r>
    </w:p>
    <w:p/>
    <w:p>
      <w:pPr>
        <w:pStyle w:val="Heading4"/>
      </w:pPr>
      <w:r>
        <w:t>ORIENTACIONS</w:t>
      </w:r>
    </w:p>
    <w:p>
      <w:pPr>
        <w:pStyle w:val="Link4"/>
      </w:pPr>
      <w:hyperlink r:id="rId49">
        <w:r>
          <w:rPr/>
          <w:t>Presa de consciència del propi procès de construcció de la masculinitat i la feminitat.</w:t>
        </w:r>
      </w:hyperlink>
    </w:p>
    <w:p>
      <w:pPr>
        <w:pStyle w:val="Link4"/>
      </w:pPr>
      <w:hyperlink r:id="rId9">
        <w:r>
          <w:rPr/>
          <w:t>Assumpció del propi procès de construcció de la masculinitat i feminitat.</w:t>
        </w:r>
      </w:hyperlink>
    </w:p>
    <w:p>
      <w:pPr>
        <w:pStyle w:val="Link4"/>
      </w:pPr>
      <w:hyperlink r:id="rId50">
        <w:r>
          <w:rPr/>
          <w:t>Valoració del paper de la dona i els sabers femenins com a motor de canvi i transformació social.</w:t>
        </w:r>
      </w:hyperlink>
    </w:p>
    <w:p>
      <w:pPr>
        <w:pStyle w:val="Link4"/>
      </w:pPr>
      <w:hyperlink r:id="rId10">
        <w:r>
          <w:rPr/>
          <w:t xml:space="preserve">Consciènciació i autonomia en la construcció del propi model de masculinitat i feminitat.  </w:t>
        </w:r>
      </w:hyperlink>
    </w:p>
    <w:p>
      <w:pPr>
        <w:pStyle w:val="Link4"/>
      </w:pPr>
      <w:hyperlink r:id="rId11">
        <w:r>
          <w:rPr/>
          <w:t>Percepció dels trets constitutius de la pròpia identitat de gènere, identitat sexual i opció afectivasexual</w:t>
        </w:r>
      </w:hyperlink>
    </w:p>
    <w:p>
      <w:pPr>
        <w:pStyle w:val="Link4"/>
      </w:pPr>
      <w:hyperlink r:id="rId51">
        <w:r>
          <w:rPr/>
          <w:t>Identificació dels elements essencials per a iniciar el procés de construcció de la identitat de gènere, identitat sexual i opció afectivasexual</w:t>
        </w:r>
      </w:hyperlink>
    </w:p>
    <w:p>
      <w:pPr>
        <w:pStyle w:val="Link4"/>
      </w:pPr>
      <w:hyperlink r:id="rId12">
        <w:r>
          <w:rPr/>
          <w:t>Identificació dels trets constitutius de la pròpia identitat de gènere, identitat sexual i opció afectivasexual</w:t>
        </w:r>
      </w:hyperlink>
    </w:p>
    <w:p>
      <w:pPr>
        <w:pStyle w:val="Link4"/>
      </w:pPr>
      <w:hyperlink r:id="rId13">
        <w:r>
          <w:rPr/>
          <w:t>Presa de consciència del propi procés de construcció de la identitat de gènere, identitat sexual i opció afectivasexual</w:t>
        </w:r>
      </w:hyperlink>
    </w:p>
    <w:p>
      <w:pPr>
        <w:pStyle w:val="Link4"/>
      </w:pPr>
      <w:hyperlink r:id="rId52">
        <w:r>
          <w:rPr/>
          <w:t>Interès pels trets constitutius de la pròpia identitat de gènere, identitat sexual i opció afectivasexual</w:t>
        </w:r>
      </w:hyperlink>
    </w:p>
    <w:p>
      <w:pPr>
        <w:pStyle w:val="Link4"/>
      </w:pPr>
      <w:hyperlink r:id="rId53">
        <w:r>
          <w:rPr/>
          <w:t>Assumpció del propi procés de construcció de la identitat de gènere, identitat sexual i opció afectivosexual</w:t>
        </w:r>
      </w:hyperlink>
    </w:p>
    <w:p>
      <w:pPr>
        <w:pStyle w:val="Link4"/>
      </w:pPr>
      <w:hyperlink r:id="rId14">
        <w:r>
          <w:rPr/>
          <w:t>Anàlisi crítica dels trets constitutius de la pròpia identitat de gènere, identitat sexual i opció afectivasexual</w:t>
        </w:r>
      </w:hyperlink>
    </w:p>
    <w:p>
      <w:pPr>
        <w:pStyle w:val="Link4"/>
      </w:pPr>
      <w:hyperlink r:id="rId54">
        <w:r>
          <w:rPr/>
          <w:t>Conscienciació crítica del propi procés de construcció de la identitat de gènere, identitat sexual i opció afectivasexual</w:t>
        </w:r>
      </w:hyperlink>
    </w:p>
    <w:p>
      <w:pPr>
        <w:pStyle w:val="Link4"/>
      </w:pPr>
      <w:hyperlink r:id="rId15">
        <w:r>
          <w:rPr/>
          <w:t>Valoració dels trets constitutius de la pròpia identitat de gènere, identitat sexual i opció afectivasexual</w:t>
        </w:r>
      </w:hyperlink>
    </w:p>
    <w:p>
      <w:pPr>
        <w:pStyle w:val="Link4"/>
      </w:pPr>
      <w:hyperlink r:id="rId16">
        <w:r>
          <w:rPr/>
          <w:t>Detecció dels propis prejudicis envers les diferents identitats de gènere, identitats sexuals i opcions afectivosexuals</w:t>
        </w:r>
      </w:hyperlink>
    </w:p>
    <w:p>
      <w:pPr>
        <w:pStyle w:val="Link4"/>
      </w:pPr>
      <w:hyperlink r:id="rId17">
        <w:r>
          <w:rPr/>
          <w:t>Identificació dels propis prejudicis envers les identitats de gènere, identitats sexuals i opcions afectivosexuals</w:t>
        </w:r>
      </w:hyperlink>
    </w:p>
    <w:p>
      <w:pPr>
        <w:pStyle w:val="Link4"/>
      </w:pPr>
      <w:hyperlink r:id="rId55">
        <w:r>
          <w:rPr/>
          <w:t>Aprofundiment en la identificació i rebuig dels propis prejudicis envers les identitats de gènere, identitats sexuals i opcions afectivosexuals.</w:t>
        </w:r>
      </w:hyperlink>
    </w:p>
    <w:p>
      <w:pPr>
        <w:pStyle w:val="Link4"/>
      </w:pPr>
      <w:hyperlink r:id="rId56">
        <w:r>
          <w:rPr/>
          <w:t>Valoració dels propis prejudicis envers les identitats de gènere, identitats sexuals i opcions afectivosexuals</w:t>
        </w:r>
      </w:hyperlink>
    </w:p>
    <w:p>
      <w:pPr>
        <w:pStyle w:val="Link4"/>
      </w:pPr>
      <w:hyperlink r:id="rId57">
        <w:r>
          <w:rPr/>
          <w:t>Reflexió crítica dels propis prejudicis envers les diferents identitats de gènere, identitats sexuals i opcions afectivosexuals</w:t>
        </w:r>
      </w:hyperlink>
    </w:p>
    <w:p>
      <w:pPr>
        <w:pStyle w:val="Link4"/>
      </w:pPr>
      <w:hyperlink r:id="rId58">
        <w:r>
          <w:rPr/>
          <w:t xml:space="preserve">Coneixement inicial de tipus de conflictes a l'aula i a la realitat propera </w:t>
        </w:r>
      </w:hyperlink>
    </w:p>
    <w:p>
      <w:pPr>
        <w:pStyle w:val="Link4"/>
      </w:pPr>
      <w:hyperlink r:id="rId59">
        <w:r>
          <w:rPr/>
          <w:t>Coneixement de tipus de conflictes a l'aula i a la realitat propera i capacitat d’argumentar si són violents o no</w:t>
        </w:r>
      </w:hyperlink>
    </w:p>
    <w:p>
      <w:pPr>
        <w:pStyle w:val="Link4"/>
      </w:pPr>
      <w:hyperlink r:id="rId60">
        <w:r>
          <w:rPr/>
          <w:t>Coneixement del tipus de conflicte a l'aula i en la realitat propera, capacitat de comparar-los i d’argumentar si són violents o no</w:t>
        </w:r>
      </w:hyperlink>
    </w:p>
    <w:p>
      <w:pPr>
        <w:pStyle w:val="Link4"/>
      </w:pPr>
      <w:hyperlink r:id="rId61">
        <w:r>
          <w:rPr/>
          <w:t>Coneixement dels diferents tipus de conflictes (locals, socials, internacionals) capacitat de comparar-los, i d’argumentar si són violents o no</w:t>
        </w:r>
      </w:hyperlink>
    </w:p>
    <w:p>
      <w:pPr>
        <w:pStyle w:val="Link4"/>
      </w:pPr>
      <w:hyperlink r:id="rId20">
        <w:r>
          <w:rPr/>
          <w:t>Coneixement dels diferents tipus de conflictes (locals, socials, internacionals; noviolents o violents) i reflexió crítica de la cobertura que en fan els mitjans de comunicació</w:t>
        </w:r>
      </w:hyperlink>
    </w:p>
    <w:p>
      <w:pPr>
        <w:pStyle w:val="Link4"/>
      </w:pPr>
      <w:hyperlink r:id="rId62">
        <w:r>
          <w:rPr/>
          <w:t>Introducció a les habilitats socials com a forma d’apoderament personal</w:t>
        </w:r>
      </w:hyperlink>
    </w:p>
    <w:p>
      <w:pPr>
        <w:pStyle w:val="Link4"/>
      </w:pPr>
      <w:hyperlink r:id="rId63">
        <w:r>
          <w:rPr/>
          <w:t>Coneixement de les principals habilitats socials com a forma d’apoderament personal</w:t>
        </w:r>
      </w:hyperlink>
    </w:p>
    <w:p>
      <w:pPr>
        <w:pStyle w:val="Link4"/>
      </w:pPr>
      <w:hyperlink r:id="rId64">
        <w:r>
          <w:rPr/>
          <w:t>Capacitat de valorar les pròpies  habilitats socials que tenen més i menys desenvolupades com a forma d’apoderament personal</w:t>
        </w:r>
      </w:hyperlink>
    </w:p>
    <w:p>
      <w:pPr>
        <w:pStyle w:val="Link4"/>
      </w:pPr>
      <w:hyperlink r:id="rId65">
        <w:r>
          <w:rPr/>
          <w:t>Consciència de les passes a seguir per a reforçar les habilitats (i febleses) socials i apoderar-se</w:t>
        </w:r>
      </w:hyperlink>
    </w:p>
    <w:p>
      <w:pPr>
        <w:pStyle w:val="Link4"/>
      </w:pPr>
      <w:hyperlink r:id="rId66">
        <w:r>
          <w:rPr/>
          <w:t>Desenvolupament de les pròpies habilitats (i febleses) socials i capacitat d’autoavaluar per apoderar-se</w:t>
        </w:r>
      </w:hyperlink>
    </w:p>
    <w:p>
      <w:pPr>
        <w:pStyle w:val="Link4"/>
      </w:pPr>
      <w:hyperlink r:id="rId67">
        <w:r>
          <w:rPr/>
          <w:t>Identificació de les pròpies necessitats per la cura d’una mateixa</w:t>
        </w:r>
      </w:hyperlink>
    </w:p>
    <w:p>
      <w:pPr>
        <w:pStyle w:val="Link4"/>
      </w:pPr>
      <w:hyperlink r:id="rId68">
        <w:r>
          <w:rPr/>
          <w:t>Pràctica d’accions per satisfer les necessitats personals i cuidar-se una mateixa</w:t>
        </w:r>
      </w:hyperlink>
    </w:p>
    <w:p>
      <w:pPr>
        <w:pStyle w:val="Link4"/>
      </w:pPr>
      <w:hyperlink r:id="rId69">
        <w:r>
          <w:rPr/>
          <w:t>Comprensió de les necessitats de les altres persones, i cura d’una mateixa</w:t>
        </w:r>
      </w:hyperlink>
    </w:p>
    <w:p>
      <w:pPr>
        <w:pStyle w:val="Link4"/>
      </w:pPr>
      <w:hyperlink r:id="rId70">
        <w:r>
          <w:rPr/>
          <w:t>Pràctica d’accions per satisfer les necessitats personals i les de les demés persones per tal de  cuidar-se una mateixa i les altres persones</w:t>
        </w:r>
      </w:hyperlink>
    </w:p>
    <w:p>
      <w:pPr>
        <w:pStyle w:val="Link4"/>
      </w:pPr>
      <w:hyperlink r:id="rId71">
        <w:r>
          <w:rPr/>
          <w:t>Actuació amb coherència (cura d’una mateixa, cura de l’altre, cura de l’entorn) per la creació d’alternatives que tendeixin a la cultura de pau global</w:t>
        </w:r>
      </w:hyperlink>
    </w:p>
    <w:p>
      <w:pPr>
        <w:pStyle w:val="Link4"/>
      </w:pPr>
      <w:hyperlink r:id="rId72">
        <w:r>
          <w:rPr/>
          <w:t>Identificació dels propis compromisos i responsabilitats en relació a  la planificació, organització i realització de les tasques escolars i familiars</w:t>
        </w:r>
      </w:hyperlink>
    </w:p>
    <w:p/>
    <w:p>
      <w:pPr>
        <w:pStyle w:val="Heading4"/>
      </w:pPr>
      <w:r>
        <w:t>INSTRUMENTS D'AVALUACIÓ</w:t>
      </w:r>
    </w:p>
    <w:p>
      <w:pPr>
        <w:pStyle w:val="Link4"/>
      </w:pPr>
      <w:hyperlink r:id="rId48">
        <w:r>
          <w:rPr/>
          <w:t>Diari d'aula</w:t>
        </w:r>
      </w:hyperlink>
    </w:p>
    <w:p/>
    <w:p>
      <w:pPr>
        <w:pStyle w:val="Heading3"/>
      </w:pPr>
      <w:r>
        <w:t>Autobiografia</w:t>
      </w:r>
    </w:p>
    <w:p/>
    <w:p>
      <w:pPr>
        <w:pStyle w:val="Heading4"/>
      </w:pPr>
      <w:r>
        <w:t>RECURSOS NECESSARIS</w:t>
      </w:r>
    </w:p>
    <w:p/>
    <w:p>
      <w:pPr>
        <w:pStyle w:val="Heading4"/>
      </w:pPr>
      <w:r>
        <w:t>CARACTERÍSTIQUES DELS AGENTS IMPLICATS</w:t>
      </w:r>
    </w:p>
    <w:p/>
    <w:p>
      <w:pPr>
        <w:pStyle w:val="Heading4"/>
      </w:pPr>
      <w:r>
        <w:t>CONTEXT</w:t>
      </w:r>
    </w:p>
    <w:p/>
    <w:p>
      <w:pPr>
        <w:pStyle w:val="Heading4"/>
      </w:pPr>
      <w:r>
        <w:t>DESCRIPCIÓ DE LA TÈCNICA DIDÀCTICA</w:t>
      </w:r>
    </w:p>
    <w:p>
      <w:pPr>
        <w:pStyle w:val="Normal4"/>
      </w:pPr>
      <w:r>
        <w:t>L'autobiografia és una tècnica que combina la redacció personal de textos autobiogràfics amb la lectura i comentari de grup. La idea de poder compartir aquestes lectures ajuda a ser conscient dels diferents recorreguts vitals, segons els païs, geografia, estructura familiar, ètnia, cultura i religió.</w:t>
      </w:r>
    </w:p>
    <w:p/>
    <w:p>
      <w:pPr>
        <w:pStyle w:val="Heading4"/>
      </w:pPr>
      <w:r>
        <w:t>JUSTIFICACIÓ</w:t>
      </w:r>
    </w:p>
    <w:p/>
    <w:p>
      <w:pPr>
        <w:pStyle w:val="Heading4"/>
      </w:pPr>
      <w:r>
        <w:t>DE QUINA MANERA LA TÈCNICA CONTRIBUEIX A INCORPORAR UN ENFOCAMENT DE GÈNERE?</w:t>
      </w:r>
    </w:p>
    <w:p/>
    <w:p>
      <w:pPr>
        <w:pStyle w:val="Heading4"/>
      </w:pPr>
      <w:r>
        <w:t>DE QUINA MANERA AQUESTA TÈCNICA DIDÀCTICA PERMET INCORPORAR INQUIETUDS, REFLEXIONS I TENSIONS EXPRESSADES</w:t>
      </w:r>
    </w:p>
    <w:p/>
    <w:p>
      <w:pPr>
        <w:pStyle w:val="Heading4"/>
      </w:pPr>
      <w:r>
        <w:t>CONTRIBUCIÓ A COMBATRE I FER MÉS CONSCIENTS LES DESIGUALTATS ENTRE L'ALUMNAT</w:t>
      </w:r>
    </w:p>
    <w:p/>
    <w:p>
      <w:pPr>
        <w:pStyle w:val="Heading4"/>
      </w:pPr>
      <w:r>
        <w:t>CONTRIBUCIÓ A L'EDUCACIÓ PER AL DESENVOLUPAMENT I LA JUSTÍCIA GLOBAL</w:t>
      </w:r>
    </w:p>
    <w:p/>
    <w:p>
      <w:pPr>
        <w:pStyle w:val="Heading4"/>
      </w:pPr>
      <w:r>
        <w:t>FAMÍLIA D’ESTRATÈGIES DIDÀCTIQUES</w:t>
      </w:r>
    </w:p>
    <w:p>
      <w:pPr>
        <w:pStyle w:val="ListBullet2"/>
      </w:pPr>
      <w:r>
        <w:t>Estratègies per a l'autoconeixement i el desenvolupament personal</w:t>
      </w:r>
    </w:p>
    <w:p/>
    <w:p>
      <w:pPr>
        <w:pStyle w:val="Heading4"/>
      </w:pPr>
      <w:r>
        <w:t>ÀMBIT</w:t>
      </w:r>
    </w:p>
    <w:p>
      <w:pPr>
        <w:pStyle w:val="ListBullet2"/>
      </w:pPr>
      <w:r>
        <w:t>Aula</w:t>
      </w:r>
    </w:p>
    <w:p/>
    <w:p>
      <w:pPr>
        <w:pStyle w:val="Heading4"/>
      </w:pPr>
      <w:r>
        <w:t>TERMINI</w:t>
      </w:r>
    </w:p>
    <w:p>
      <w:pPr>
        <w:pStyle w:val="ListBullet2"/>
      </w:pPr>
      <w:r>
        <w:t>Curt termini (3 mesos o menys)</w:t>
      </w:r>
    </w:p>
    <w:p/>
    <w:p>
      <w:pPr>
        <w:pStyle w:val="Heading4"/>
      </w:pPr>
      <w:r>
        <w:t>ORIENTACIONS</w:t>
      </w:r>
    </w:p>
    <w:p>
      <w:pPr>
        <w:pStyle w:val="Link4"/>
      </w:pPr>
      <w:hyperlink r:id="rId49">
        <w:r>
          <w:rPr/>
          <w:t>Presa de consciència del propi procès de construcció de la masculinitat i la feminitat.</w:t>
        </w:r>
      </w:hyperlink>
    </w:p>
    <w:p>
      <w:pPr>
        <w:pStyle w:val="Link4"/>
      </w:pPr>
      <w:hyperlink r:id="rId9">
        <w:r>
          <w:rPr/>
          <w:t>Assumpció del propi procès de construcció de la masculinitat i feminitat.</w:t>
        </w:r>
      </w:hyperlink>
    </w:p>
    <w:p>
      <w:pPr>
        <w:pStyle w:val="Link4"/>
      </w:pPr>
      <w:hyperlink r:id="rId50">
        <w:r>
          <w:rPr/>
          <w:t>Valoració del paper de la dona i els sabers femenins com a motor de canvi i transformació social.</w:t>
        </w:r>
      </w:hyperlink>
    </w:p>
    <w:p>
      <w:pPr>
        <w:pStyle w:val="Link4"/>
      </w:pPr>
      <w:hyperlink r:id="rId10">
        <w:r>
          <w:rPr/>
          <w:t xml:space="preserve">Consciènciació i autonomia en la construcció del propi model de masculinitat i feminitat.  </w:t>
        </w:r>
      </w:hyperlink>
    </w:p>
    <w:p>
      <w:pPr>
        <w:pStyle w:val="Link4"/>
      </w:pPr>
      <w:hyperlink r:id="rId73">
        <w:r>
          <w:rPr/>
          <w:t>Introducció dels elements essencials per iniciar el procés de construcció de la identitat de gènere, identitat sexual i opció afectivasexual</w:t>
        </w:r>
      </w:hyperlink>
    </w:p>
    <w:p>
      <w:pPr>
        <w:pStyle w:val="Link4"/>
      </w:pPr>
      <w:hyperlink r:id="rId11">
        <w:r>
          <w:rPr/>
          <w:t>Percepció dels trets constitutius de la pròpia identitat de gènere, identitat sexual i opció afectivasexual</w:t>
        </w:r>
      </w:hyperlink>
    </w:p>
    <w:p>
      <w:pPr>
        <w:pStyle w:val="Link4"/>
      </w:pPr>
      <w:hyperlink r:id="rId51">
        <w:r>
          <w:rPr/>
          <w:t>Identificació dels elements essencials per a iniciar el procés de construcció de la identitat de gènere, identitat sexual i opció afectivasexual</w:t>
        </w:r>
      </w:hyperlink>
    </w:p>
    <w:p>
      <w:pPr>
        <w:pStyle w:val="Link4"/>
      </w:pPr>
      <w:hyperlink r:id="rId12">
        <w:r>
          <w:rPr/>
          <w:t>Identificació dels trets constitutius de la pròpia identitat de gènere, identitat sexual i opció afectivasexual</w:t>
        </w:r>
      </w:hyperlink>
    </w:p>
    <w:p>
      <w:pPr>
        <w:pStyle w:val="Link4"/>
      </w:pPr>
      <w:hyperlink r:id="rId13">
        <w:r>
          <w:rPr/>
          <w:t>Presa de consciència del propi procés de construcció de la identitat de gènere, identitat sexual i opció afectivasexual</w:t>
        </w:r>
      </w:hyperlink>
    </w:p>
    <w:p>
      <w:pPr>
        <w:pStyle w:val="Link4"/>
      </w:pPr>
      <w:hyperlink r:id="rId52">
        <w:r>
          <w:rPr/>
          <w:t>Interès pels trets constitutius de la pròpia identitat de gènere, identitat sexual i opció afectivasexual</w:t>
        </w:r>
      </w:hyperlink>
    </w:p>
    <w:p>
      <w:pPr>
        <w:pStyle w:val="Link4"/>
      </w:pPr>
      <w:hyperlink r:id="rId53">
        <w:r>
          <w:rPr/>
          <w:t>Assumpció del propi procés de construcció de la identitat de gènere, identitat sexual i opció afectivosexual</w:t>
        </w:r>
      </w:hyperlink>
    </w:p>
    <w:p>
      <w:pPr>
        <w:pStyle w:val="Link4"/>
      </w:pPr>
      <w:hyperlink r:id="rId14">
        <w:r>
          <w:rPr/>
          <w:t>Anàlisi crítica dels trets constitutius de la pròpia identitat de gènere, identitat sexual i opció afectivasexual</w:t>
        </w:r>
      </w:hyperlink>
    </w:p>
    <w:p>
      <w:pPr>
        <w:pStyle w:val="Link4"/>
      </w:pPr>
      <w:hyperlink r:id="rId54">
        <w:r>
          <w:rPr/>
          <w:t>Conscienciació crítica del propi procés de construcció de la identitat de gènere, identitat sexual i opció afectivasexual</w:t>
        </w:r>
      </w:hyperlink>
    </w:p>
    <w:p>
      <w:pPr>
        <w:pStyle w:val="Link4"/>
      </w:pPr>
      <w:hyperlink r:id="rId15">
        <w:r>
          <w:rPr/>
          <w:t>Valoració dels trets constitutius de la pròpia identitat de gènere, identitat sexual i opció afectivasexual</w:t>
        </w:r>
      </w:hyperlink>
    </w:p>
    <w:p>
      <w:pPr>
        <w:pStyle w:val="Link4"/>
      </w:pPr>
      <w:hyperlink r:id="rId16">
        <w:r>
          <w:rPr/>
          <w:t>Detecció dels propis prejudicis envers les diferents identitats de gènere, identitats sexuals i opcions afectivosexuals</w:t>
        </w:r>
      </w:hyperlink>
    </w:p>
    <w:p>
      <w:pPr>
        <w:pStyle w:val="Link4"/>
      </w:pPr>
      <w:hyperlink r:id="rId17">
        <w:r>
          <w:rPr/>
          <w:t>Identificació dels propis prejudicis envers les identitats de gènere, identitats sexuals i opcions afectivosexuals</w:t>
        </w:r>
      </w:hyperlink>
    </w:p>
    <w:p>
      <w:pPr>
        <w:pStyle w:val="Link4"/>
      </w:pPr>
      <w:hyperlink r:id="rId55">
        <w:r>
          <w:rPr/>
          <w:t>Aprofundiment en la identificació i rebuig dels propis prejudicis envers les identitats de gènere, identitats sexuals i opcions afectivosexuals.</w:t>
        </w:r>
      </w:hyperlink>
    </w:p>
    <w:p>
      <w:pPr>
        <w:pStyle w:val="Link4"/>
      </w:pPr>
      <w:hyperlink r:id="rId56">
        <w:r>
          <w:rPr/>
          <w:t>Valoració dels propis prejudicis envers les identitats de gènere, identitats sexuals i opcions afectivosexuals</w:t>
        </w:r>
      </w:hyperlink>
    </w:p>
    <w:p>
      <w:pPr>
        <w:pStyle w:val="Link4"/>
      </w:pPr>
      <w:hyperlink r:id="rId57">
        <w:r>
          <w:rPr/>
          <w:t>Reflexió crítica dels propis prejudicis envers les diferents identitats de gènere, identitats sexuals i opcions afectivosexuals</w:t>
        </w:r>
      </w:hyperlink>
    </w:p>
    <w:p>
      <w:pPr>
        <w:pStyle w:val="Link4"/>
      </w:pPr>
      <w:hyperlink r:id="rId58">
        <w:r>
          <w:rPr/>
          <w:t xml:space="preserve">Coneixement inicial de tipus de conflictes a l'aula i a la realitat propera </w:t>
        </w:r>
      </w:hyperlink>
    </w:p>
    <w:p>
      <w:pPr>
        <w:pStyle w:val="Link4"/>
      </w:pPr>
      <w:hyperlink r:id="rId59">
        <w:r>
          <w:rPr/>
          <w:t>Coneixement de tipus de conflictes a l'aula i a la realitat propera i capacitat d’argumentar si són violents o no</w:t>
        </w:r>
      </w:hyperlink>
    </w:p>
    <w:p>
      <w:pPr>
        <w:pStyle w:val="Link4"/>
      </w:pPr>
      <w:hyperlink r:id="rId60">
        <w:r>
          <w:rPr/>
          <w:t>Coneixement del tipus de conflicte a l'aula i en la realitat propera, capacitat de comparar-los i d’argumentar si són violents o no</w:t>
        </w:r>
      </w:hyperlink>
    </w:p>
    <w:p>
      <w:pPr>
        <w:pStyle w:val="Link4"/>
      </w:pPr>
      <w:hyperlink r:id="rId61">
        <w:r>
          <w:rPr/>
          <w:t>Coneixement dels diferents tipus de conflictes (locals, socials, internacionals) capacitat de comparar-los, i d’argumentar si són violents o no</w:t>
        </w:r>
      </w:hyperlink>
    </w:p>
    <w:p>
      <w:pPr>
        <w:pStyle w:val="Link4"/>
      </w:pPr>
      <w:hyperlink r:id="rId20">
        <w:r>
          <w:rPr/>
          <w:t>Coneixement dels diferents tipus de conflictes (locals, socials, internacionals; noviolents o violents) i reflexió crítica de la cobertura que en fan els mitjans de comunicació</w:t>
        </w:r>
      </w:hyperlink>
    </w:p>
    <w:p>
      <w:pPr>
        <w:pStyle w:val="Link4"/>
      </w:pPr>
      <w:hyperlink r:id="rId67">
        <w:r>
          <w:rPr/>
          <w:t>Identificació de les pròpies necessitats per la cura d’una mateixa</w:t>
        </w:r>
      </w:hyperlink>
    </w:p>
    <w:p>
      <w:pPr>
        <w:pStyle w:val="Link4"/>
      </w:pPr>
      <w:hyperlink r:id="rId68">
        <w:r>
          <w:rPr/>
          <w:t>Pràctica d’accions per satisfer les necessitats personals i cuidar-se una mateixa</w:t>
        </w:r>
      </w:hyperlink>
    </w:p>
    <w:p>
      <w:pPr>
        <w:pStyle w:val="Link4"/>
      </w:pPr>
      <w:hyperlink r:id="rId69">
        <w:r>
          <w:rPr/>
          <w:t>Comprensió de les necessitats de les altres persones, i cura d’una mateixa</w:t>
        </w:r>
      </w:hyperlink>
    </w:p>
    <w:p>
      <w:pPr>
        <w:pStyle w:val="Link4"/>
      </w:pPr>
      <w:hyperlink r:id="rId70">
        <w:r>
          <w:rPr/>
          <w:t>Pràctica d’accions per satisfer les necessitats personals i les de les demés persones per tal de  cuidar-se una mateixa i les altres persones</w:t>
        </w:r>
      </w:hyperlink>
    </w:p>
    <w:p>
      <w:pPr>
        <w:pStyle w:val="Link4"/>
      </w:pPr>
      <w:hyperlink r:id="rId71">
        <w:r>
          <w:rPr/>
          <w:t>Actuació amb coherència (cura d’una mateixa, cura de l’altre, cura de l’entorn) per la creació d’alternatives que tendeixin a la cultura de pau global</w:t>
        </w:r>
      </w:hyperlink>
    </w:p>
    <w:p>
      <w:pPr>
        <w:pStyle w:val="Link4"/>
      </w:pPr>
      <w:hyperlink r:id="rId26">
        <w:r>
          <w:rPr/>
          <w:t>Assumpció del procés de construcció de la pròpia identitat com a subjecte polític</w:t>
        </w:r>
      </w:hyperlink>
    </w:p>
    <w:p>
      <w:pPr>
        <w:pStyle w:val="Link4"/>
      </w:pPr>
      <w:hyperlink r:id="rId27">
        <w:r>
          <w:rPr/>
          <w:t>Conscienciació del procés de construcció de la pròpia identitat com a subjecte polític</w:t>
        </w:r>
      </w:hyperlink>
    </w:p>
    <w:p>
      <w:pPr>
        <w:pStyle w:val="Link4"/>
      </w:pPr>
      <w:hyperlink r:id="rId74">
        <w:r>
          <w:rPr/>
          <w:t>Valoració de les responsabilitats i les conseqüències que es deriven de les pròpies decisions</w:t>
        </w:r>
      </w:hyperlink>
    </w:p>
    <w:p>
      <w:pPr>
        <w:pStyle w:val="Link4"/>
      </w:pPr>
      <w:hyperlink r:id="rId75">
        <w:r>
          <w:rPr/>
          <w:t>Identificació d’alguns elements que contribueixen a la configuració de la identitat (origen, llengua, costums, valors, sentit de pertinença, adscripció a grups d’afinitat)</w:t>
        </w:r>
      </w:hyperlink>
    </w:p>
    <w:p>
      <w:pPr>
        <w:pStyle w:val="Link4"/>
      </w:pPr>
      <w:hyperlink r:id="rId76">
        <w:r>
          <w:rPr/>
          <w:t>Observació de la diversitat de llengües, costums, valors, creences i formes de vida que es troben a l’aula i a l’escola, per tal d’aproximar-se i aprendre d’altres cultures</w:t>
        </w:r>
      </w:hyperlink>
    </w:p>
    <w:p>
      <w:pPr>
        <w:pStyle w:val="Link4"/>
      </w:pPr>
      <w:hyperlink r:id="rId77">
        <w:r>
          <w:rPr/>
          <w:t>Identificació del lloc d’origen de les famílies de l’alumnat, comparant les semblances i les diferències existents</w:t>
        </w:r>
      </w:hyperlink>
    </w:p>
    <w:p>
      <w:pPr>
        <w:pStyle w:val="Link4"/>
      </w:pPr>
      <w:hyperlink r:id="rId78">
        <w:r>
          <w:rPr/>
          <w:t>Identificació d’alguns principis i valors fonamentals que constitueixen la base de la igualtat de drets i oportunitats per a totes les persones, independentment del seu origen o pertinença</w:t>
        </w:r>
      </w:hyperlink>
    </w:p>
    <w:p>
      <w:pPr>
        <w:pStyle w:val="Link4"/>
      </w:pPr>
      <w:hyperlink r:id="rId31">
        <w:r>
          <w:rPr/>
          <w:t>Reconeixement i reflexió  sobre els múltiples elements que contribueixen a la configuració de la identitat (origen, llengua, costums, valors, sentit de pertinença, adscripció a grups d’afinitat)</w:t>
        </w:r>
      </w:hyperlink>
    </w:p>
    <w:p>
      <w:pPr>
        <w:pStyle w:val="Link4"/>
      </w:pPr>
      <w:hyperlink r:id="rId79">
        <w:r>
          <w:rPr/>
          <w:t>Reconeixement de la diversitat cultural (llengües, costums, valors, creences, formes de vida...) present a l’aula, a l’escola, i a l’entorn proper, com una oportunitat d’aprenentatge i d’enriquiment</w:t>
        </w:r>
      </w:hyperlink>
    </w:p>
    <w:p>
      <w:pPr>
        <w:pStyle w:val="Link4"/>
      </w:pPr>
      <w:hyperlink r:id="rId80">
        <w:r>
          <w:rPr/>
          <w:t>Coneixement de les experiències migratòries dels diferents membres de les famílies de l’alumnat, identificant la seva tipologia (del camp a la ciutat, dintre del propi país, internacional...).</w:t>
        </w:r>
      </w:hyperlink>
    </w:p>
    <w:p>
      <w:pPr>
        <w:pStyle w:val="Link4"/>
      </w:pPr>
      <w:hyperlink r:id="rId32">
        <w:r>
          <w:rPr/>
          <w:t>Presa de consciència del procés de construcció de la pròpia identitat a partir de la relació amb les persones i col.lectius de l’entorn</w:t>
        </w:r>
      </w:hyperlink>
    </w:p>
    <w:p>
      <w:pPr>
        <w:pStyle w:val="Link4"/>
      </w:pPr>
      <w:hyperlink r:id="rId81">
        <w:r>
          <w:rPr/>
          <w:t>Anàlisi dels fenòmens migratoris, de les seves causes i conseqüències, a partir del testimoni que aporta la biografia familiar pròpia i dels companys, i de l’anàlisi de les informacions reflectides en els mitjans de comunicació</w:t>
        </w:r>
      </w:hyperlink>
    </w:p>
    <w:p>
      <w:pPr>
        <w:pStyle w:val="Link4"/>
      </w:pPr>
      <w:hyperlink r:id="rId34">
        <w:r>
          <w:rPr/>
          <w:t>Assumpció del procés de construcció de la pròpia identitat, a partir de l’establiment de semblances i diferències, i l'establiment de relacions amb les persones i col.lectius de l’entorn proper i llunyà</w:t>
        </w:r>
      </w:hyperlink>
    </w:p>
    <w:p/>
    <w:p>
      <w:pPr>
        <w:pStyle w:val="Heading4"/>
      </w:pPr>
      <w:r>
        <w:t>INSTRUMENTS D'AVALUACIÓ</w:t>
      </w:r>
    </w:p>
    <w:p>
      <w:pPr>
        <w:pStyle w:val="Link4"/>
      </w:pPr>
      <w:hyperlink r:id="rId48">
        <w:r>
          <w:rPr/>
          <w:t>Diari d'aula</w:t>
        </w:r>
      </w:hyperlink>
    </w:p>
    <w:p>
      <w:pPr>
        <w:pStyle w:val="Link4"/>
      </w:pPr>
      <w:hyperlink r:id="rId82">
        <w:r>
          <w:rPr/>
          <w:t>Portafoli</w:t>
        </w:r>
      </w:hyperlink>
    </w:p>
    <w:p/>
    <w:p>
      <w:pPr>
        <w:pStyle w:val="Heading2"/>
      </w:pPr>
      <w:r>
        <w:t>CURRÍCULUM</w:t>
      </w:r>
    </w:p>
    <w:p/>
    <w:p>
      <w:pPr>
        <w:pStyle w:val="Heading3"/>
      </w:pPr>
      <w:r>
        <w:t>Llengua catalana i literatura</w:t>
      </w:r>
    </w:p>
    <w:p/>
    <w:p>
      <w:pPr>
        <w:pStyle w:val="Heading4"/>
      </w:pPr>
      <w:r>
        <w:t>DESCRIPCIÓ</w:t>
      </w:r>
    </w:p>
    <w:p/>
    <w:p>
      <w:pPr>
        <w:pStyle w:val="Heading4"/>
      </w:pPr>
      <w:r>
        <w:t>OBJECTIU ETAPA</w:t>
      </w:r>
    </w:p>
    <w:p/>
    <w:p>
      <w:pPr>
        <w:pStyle w:val="Heading4"/>
      </w:pPr>
      <w:r>
        <w:t>OBJECTIU ÀREA O MATÈRIA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SABER</w:t>
      </w:r>
    </w:p>
    <w:p>
      <w:pPr>
        <w:pStyle w:val="Normal4"/>
      </w:pPr>
      <w:r>
        <w:t xml:space="preserve">Valoració de la interacció com a eina per prendre consciència dels sentiments propis i aliens i per a </w:t>
        <w:br/>
        <w:br/>
        <w:br/>
        <w:t>la regulació de la conducta.</w:t>
      </w:r>
    </w:p>
    <w:p/>
    <w:p>
      <w:pPr>
        <w:pStyle w:val="Heading4"/>
      </w:pPr>
      <w:r>
        <w:t>CRITERI D'AVALUACIÓ</w:t>
      </w:r>
    </w:p>
    <w:p/>
    <w:p>
      <w:pPr>
        <w:pStyle w:val="Heading4"/>
      </w:pPr>
      <w:r>
        <w:t>PÀGINA REFERÈNCIA DOCUMENT CURRÍCULUM</w:t>
      </w:r>
    </w:p>
    <w:p>
      <w:pPr>
        <w:pStyle w:val="Normal4"/>
      </w:pPr>
      <w:r>
        <w:t>Pàgina 60</w:t>
      </w:r>
    </w:p>
    <w:p/>
    <w:p>
      <w:pPr>
        <w:pStyle w:val="Heading4"/>
      </w:pPr>
      <w:r>
        <w:t>COMPETÈNCIA</w:t>
      </w:r>
    </w:p>
    <w:p>
      <w:pPr>
        <w:pStyle w:val="ListBullet2"/>
      </w:pPr>
      <w:r>
        <w:t>Competència en comunicació lingüística</w:t>
      </w:r>
    </w:p>
    <w:p/>
    <w:p>
      <w:pPr>
        <w:pStyle w:val="Heading4"/>
      </w:pPr>
      <w:r>
        <w:t>REFERÈNCIA</w:t>
      </w:r>
    </w:p>
    <w:p>
      <w:pPr>
        <w:pStyle w:val="ListBullet2"/>
      </w:pPr>
      <w:r>
        <w:t>Currículum secundària Catalunya</w:t>
      </w:r>
    </w:p>
    <w:p/>
    <w:p>
      <w:pPr>
        <w:pStyle w:val="Heading4"/>
      </w:pPr>
      <w:r>
        <w:t>CICLE</w:t>
      </w:r>
    </w:p>
    <w:p>
      <w:pPr>
        <w:pStyle w:val="ListBullet2"/>
      </w:pPr>
      <w:r>
        <w:t>Segon cicle d'ESO</w:t>
      </w:r>
    </w:p>
    <w:p/>
    <w:p>
      <w:pPr>
        <w:pStyle w:val="Heading4"/>
      </w:pPr>
      <w:r>
        <w:t>ETAPA</w:t>
      </w:r>
    </w:p>
    <w:p>
      <w:pPr>
        <w:pStyle w:val="ListBullet2"/>
      </w:pPr>
      <w:r>
        <w:t>Educació Secundària Obligatòria (ESO)</w:t>
      </w:r>
    </w:p>
    <w:p/>
    <w:p>
      <w:pPr>
        <w:pStyle w:val="Normal4"/>
      </w:pPr>
      <w:r>
        <w:t>---------------</w:t>
      </w:r>
    </w:p>
    <w:p/>
    <w:p>
      <w:pPr>
        <w:pStyle w:val="Heading4"/>
      </w:pPr>
      <w:r>
        <w:t>DESCRIPCIÓ</w:t>
      </w:r>
    </w:p>
    <w:p/>
    <w:p>
      <w:pPr>
        <w:pStyle w:val="Heading4"/>
      </w:pPr>
      <w:r>
        <w:t>OBJECTIU ETAPA</w:t>
      </w:r>
    </w:p>
    <w:p/>
    <w:p>
      <w:pPr>
        <w:pStyle w:val="Heading4"/>
      </w:pPr>
      <w:r>
        <w:t>OBJECTIU ÀREA O MATÈRIA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SABER</w:t>
      </w:r>
    </w:p>
    <w:p>
      <w:pPr>
        <w:pStyle w:val="Normal4"/>
      </w:pPr>
      <w:r>
        <w:t>Valoració de la interacció com a eina per prendre consciència dels sentiments propis i aliens i per a la regulació de la conducta.</w:t>
      </w:r>
    </w:p>
    <w:p/>
    <w:p>
      <w:pPr>
        <w:pStyle w:val="Heading4"/>
      </w:pPr>
      <w:r>
        <w:t>CRITERI D'AVALUACIÓ</w:t>
      </w:r>
    </w:p>
    <w:p/>
    <w:p>
      <w:pPr>
        <w:pStyle w:val="Heading4"/>
      </w:pPr>
      <w:r>
        <w:t>PÀGINA REFERÈNCIA DOCUMENT CURRÍCULUM</w:t>
      </w:r>
    </w:p>
    <w:p>
      <w:pPr>
        <w:pStyle w:val="Normal4"/>
      </w:pPr>
      <w:r>
        <w:t>Pàgina 70</w:t>
      </w:r>
    </w:p>
    <w:p/>
    <w:p>
      <w:pPr>
        <w:pStyle w:val="Heading4"/>
      </w:pPr>
      <w:r>
        <w:t>COMPETÈNCIA</w:t>
      </w:r>
    </w:p>
    <w:p>
      <w:pPr>
        <w:pStyle w:val="ListBullet2"/>
      </w:pPr>
      <w:r>
        <w:t>Competència en comunicació lingüística</w:t>
      </w:r>
    </w:p>
    <w:p/>
    <w:p>
      <w:pPr>
        <w:pStyle w:val="Heading4"/>
      </w:pPr>
      <w:r>
        <w:t>REFERÈNCIA</w:t>
      </w:r>
    </w:p>
    <w:p>
      <w:pPr>
        <w:pStyle w:val="ListBullet2"/>
      </w:pPr>
      <w:r>
        <w:t>Currículum secundària Catalunya</w:t>
      </w:r>
    </w:p>
    <w:p/>
    <w:p>
      <w:pPr>
        <w:pStyle w:val="Heading4"/>
      </w:pPr>
      <w:r>
        <w:t>CICLE</w:t>
      </w:r>
    </w:p>
    <w:p>
      <w:pPr>
        <w:pStyle w:val="ListBullet2"/>
      </w:pPr>
      <w:r>
        <w:t>Segon cicle d'ESO</w:t>
      </w:r>
    </w:p>
    <w:p/>
    <w:p>
      <w:pPr>
        <w:pStyle w:val="Heading4"/>
      </w:pPr>
      <w:r>
        <w:t>ETAPA</w:t>
      </w:r>
    </w:p>
    <w:p>
      <w:pPr>
        <w:pStyle w:val="ListBullet2"/>
      </w:pPr>
      <w:r>
        <w:t>Educació Secundària Obligatòria (ESO)</w:t>
      </w:r>
    </w:p>
    <w:p/>
    <w:p>
      <w:pPr>
        <w:pStyle w:val="Normal4"/>
      </w:pPr>
      <w:r>
        <w:t>---------------</w:t>
      </w:r>
    </w:p>
    <w:p/>
    <w:p>
      <w:pPr>
        <w:pStyle w:val="Heading4"/>
      </w:pPr>
      <w:r>
        <w:t>DESCRIPCIÓ</w:t>
      </w:r>
    </w:p>
    <w:p/>
    <w:p>
      <w:pPr>
        <w:pStyle w:val="Heading4"/>
      </w:pPr>
      <w:r>
        <w:t>OBJECTIU ETAPA</w:t>
      </w:r>
    </w:p>
    <w:p/>
    <w:p>
      <w:pPr>
        <w:pStyle w:val="Heading4"/>
      </w:pPr>
      <w:r>
        <w:t>OBJECTIU ÀREA O MATÈRIA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SABER</w:t>
      </w:r>
    </w:p>
    <w:p>
      <w:pPr>
        <w:pStyle w:val="Normal4"/>
      </w:pPr>
      <w:r>
        <w:t>Valoració de la interacció com a eina per prendre consciència dels sentiments propis i aliens i per a la regulació de la conducta.</w:t>
      </w:r>
    </w:p>
    <w:p/>
    <w:p>
      <w:pPr>
        <w:pStyle w:val="Heading4"/>
      </w:pPr>
      <w:r>
        <w:t>CRITERI D'AVALUACIÓ</w:t>
      </w:r>
    </w:p>
    <w:p/>
    <w:p>
      <w:pPr>
        <w:pStyle w:val="Heading4"/>
      </w:pPr>
      <w:r>
        <w:t>PÀGINA REFERÈNCIA DOCUMENT CURRÍCULUM</w:t>
      </w:r>
    </w:p>
    <w:p>
      <w:pPr>
        <w:pStyle w:val="Normal4"/>
      </w:pPr>
      <w:r>
        <w:t>Pàgina 70</w:t>
      </w:r>
    </w:p>
    <w:p/>
    <w:p>
      <w:pPr>
        <w:pStyle w:val="Heading4"/>
      </w:pPr>
      <w:r>
        <w:t>COMPETÈNCIA</w:t>
      </w:r>
    </w:p>
    <w:p>
      <w:pPr>
        <w:pStyle w:val="ListBullet2"/>
      </w:pPr>
      <w:r>
        <w:t>Competència en comunicació lingüística</w:t>
      </w:r>
    </w:p>
    <w:p/>
    <w:p>
      <w:pPr>
        <w:pStyle w:val="Heading4"/>
      </w:pPr>
      <w:r>
        <w:t>REFERÈNCIA</w:t>
      </w:r>
    </w:p>
    <w:p>
      <w:pPr>
        <w:pStyle w:val="ListBullet2"/>
      </w:pPr>
      <w:r>
        <w:t>Currículum secundària Catalunya</w:t>
      </w:r>
    </w:p>
    <w:p/>
    <w:p>
      <w:pPr>
        <w:pStyle w:val="Heading4"/>
      </w:pPr>
      <w:r>
        <w:t>CICLE</w:t>
      </w:r>
    </w:p>
    <w:p>
      <w:pPr>
        <w:pStyle w:val="ListBullet2"/>
      </w:pPr>
      <w:r>
        <w:t>Segon cicle d'ESO</w:t>
      </w:r>
    </w:p>
    <w:p/>
    <w:p>
      <w:pPr>
        <w:pStyle w:val="Heading4"/>
      </w:pPr>
      <w:r>
        <w:t>ETAPA</w:t>
      </w:r>
    </w:p>
    <w:p>
      <w:pPr>
        <w:pStyle w:val="ListBullet2"/>
      </w:pPr>
      <w:r>
        <w:t>Educació Secundària Obligatòria (ESO)</w:t>
      </w:r>
    </w:p>
    <w:p/>
    <w:p>
      <w:pPr>
        <w:pStyle w:val="Heading3"/>
      </w:pPr>
      <w:r>
        <w:t>Llengua castellana i literatura</w:t>
      </w:r>
    </w:p>
    <w:p/>
    <w:p>
      <w:pPr>
        <w:pStyle w:val="Heading4"/>
      </w:pPr>
      <w:r>
        <w:t>DESCRIPCIÓ</w:t>
      </w:r>
    </w:p>
    <w:p/>
    <w:p>
      <w:pPr>
        <w:pStyle w:val="Heading4"/>
      </w:pPr>
      <w:r>
        <w:t>OBJECTIU ETAPA</w:t>
      </w:r>
    </w:p>
    <w:p/>
    <w:p>
      <w:pPr>
        <w:pStyle w:val="Heading4"/>
      </w:pPr>
      <w:r>
        <w:t>OBJECTIU ÀREA O MATÈRIA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SABER</w:t>
      </w:r>
    </w:p>
    <w:p>
      <w:pPr>
        <w:pStyle w:val="Normal4"/>
      </w:pPr>
      <w:r>
        <w:t xml:space="preserve">Valoració de la interacció com a eina per prendre consciència dels sentiments propis i aliens i per a </w:t>
        <w:br/>
        <w:br/>
        <w:br/>
        <w:t>la regulació de la conducta.</w:t>
      </w:r>
    </w:p>
    <w:p/>
    <w:p>
      <w:pPr>
        <w:pStyle w:val="Heading4"/>
      </w:pPr>
      <w:r>
        <w:t>CRITERI D'AVALUACIÓ</w:t>
      </w:r>
    </w:p>
    <w:p/>
    <w:p>
      <w:pPr>
        <w:pStyle w:val="Heading4"/>
      </w:pPr>
      <w:r>
        <w:t>PÀGINA REFERÈNCIA DOCUMENT CURRÍCULUM</w:t>
      </w:r>
    </w:p>
    <w:p>
      <w:pPr>
        <w:pStyle w:val="Normal4"/>
      </w:pPr>
      <w:r>
        <w:t>Pàgina 60</w:t>
      </w:r>
    </w:p>
    <w:p/>
    <w:p>
      <w:pPr>
        <w:pStyle w:val="Heading4"/>
      </w:pPr>
      <w:r>
        <w:t>COMPETÈNCIA</w:t>
      </w:r>
    </w:p>
    <w:p>
      <w:pPr>
        <w:pStyle w:val="ListBullet2"/>
      </w:pPr>
      <w:r>
        <w:t>Competència en comunicació lingüística</w:t>
      </w:r>
    </w:p>
    <w:p/>
    <w:p>
      <w:pPr>
        <w:pStyle w:val="Heading4"/>
      </w:pPr>
      <w:r>
        <w:t>REFERÈNCIA</w:t>
      </w:r>
    </w:p>
    <w:p>
      <w:pPr>
        <w:pStyle w:val="ListBullet2"/>
      </w:pPr>
      <w:r>
        <w:t>Currículum secundària Catalunya</w:t>
      </w:r>
    </w:p>
    <w:p/>
    <w:p>
      <w:pPr>
        <w:pStyle w:val="Heading4"/>
      </w:pPr>
      <w:r>
        <w:t>CICLE</w:t>
      </w:r>
    </w:p>
    <w:p>
      <w:pPr>
        <w:pStyle w:val="ListBullet2"/>
      </w:pPr>
      <w:r>
        <w:t>Segon cicle d'ESO</w:t>
      </w:r>
    </w:p>
    <w:p/>
    <w:p>
      <w:pPr>
        <w:pStyle w:val="Heading4"/>
      </w:pPr>
      <w:r>
        <w:t>ETAPA</w:t>
      </w:r>
    </w:p>
    <w:p>
      <w:pPr>
        <w:pStyle w:val="ListBullet2"/>
      </w:pPr>
      <w:r>
        <w:t>Educació Secundària Obligatòria (ESO)</w:t>
      </w:r>
    </w:p>
    <w:p/>
    <w:p>
      <w:pPr>
        <w:pStyle w:val="Heading3"/>
      </w:pPr>
      <w:r>
        <w:t>Ciències socials, geografia i història</w:t>
      </w:r>
    </w:p>
    <w:p/>
    <w:p>
      <w:pPr>
        <w:pStyle w:val="Heading4"/>
      </w:pPr>
      <w:r>
        <w:t>DESCRIPCIÓ</w:t>
      </w:r>
    </w:p>
    <w:p/>
    <w:p>
      <w:pPr>
        <w:pStyle w:val="Heading4"/>
      </w:pPr>
      <w:r>
        <w:t>OBJECTIU ETAPA</w:t>
      </w:r>
    </w:p>
    <w:p/>
    <w:p>
      <w:pPr>
        <w:pStyle w:val="Heading4"/>
      </w:pPr>
      <w:r>
        <w:t>OBJECTIU ÀREA O MATÈRIA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SABER</w:t>
      </w:r>
    </w:p>
    <w:p>
      <w:pPr>
        <w:pStyle w:val="Normal4"/>
      </w:pPr>
      <w:r>
        <w:t>Reflexió crítica i debat sobre la influència dels mitjans de comunicació en les mentalitats individuals</w:t>
        <w:br/>
        <w:br/>
        <w:br/>
        <w:t>i col·lectives.</w:t>
      </w:r>
    </w:p>
    <w:p/>
    <w:p>
      <w:pPr>
        <w:pStyle w:val="Heading4"/>
      </w:pPr>
      <w:r>
        <w:t>CRITERI D'AVALUACIÓ</w:t>
      </w:r>
    </w:p>
    <w:p/>
    <w:p>
      <w:pPr>
        <w:pStyle w:val="Heading4"/>
      </w:pPr>
      <w:r>
        <w:t>PÀGINA REFERÈNCIA DOCUMENT CURRÍCULUM</w:t>
      </w:r>
    </w:p>
    <w:p>
      <w:pPr>
        <w:pStyle w:val="Normal4"/>
      </w:pPr>
      <w:r>
        <w:t>Pàgina 127</w:t>
      </w:r>
    </w:p>
    <w:p/>
    <w:p>
      <w:pPr>
        <w:pStyle w:val="Heading4"/>
      </w:pPr>
      <w:r>
        <w:t>COMPETÈNCIA</w:t>
      </w:r>
    </w:p>
    <w:p>
      <w:pPr>
        <w:pStyle w:val="ListBullet2"/>
      </w:pPr>
      <w:r>
        <w:t>Competència en comunicació lingüística</w:t>
      </w:r>
    </w:p>
    <w:p>
      <w:pPr>
        <w:pStyle w:val="ListBullet2"/>
      </w:pPr>
      <w:r>
        <w:t>Competència ciutadana</w:t>
      </w:r>
    </w:p>
    <w:p/>
    <w:p>
      <w:pPr>
        <w:pStyle w:val="Heading4"/>
      </w:pPr>
      <w:r>
        <w:t>REFERÈNCIA</w:t>
      </w:r>
    </w:p>
    <w:p>
      <w:pPr>
        <w:pStyle w:val="ListBullet2"/>
      </w:pPr>
      <w:r>
        <w:t>Currículum secundària Catalunya</w:t>
      </w:r>
    </w:p>
    <w:p/>
    <w:p>
      <w:pPr>
        <w:pStyle w:val="Heading4"/>
      </w:pPr>
      <w:r>
        <w:t>CICLE</w:t>
      </w:r>
    </w:p>
    <w:p>
      <w:pPr>
        <w:pStyle w:val="ListBullet2"/>
      </w:pPr>
      <w:r>
        <w:t>Segon cicle d'ESO</w:t>
      </w:r>
    </w:p>
    <w:p/>
    <w:p>
      <w:pPr>
        <w:pStyle w:val="Heading4"/>
      </w:pPr>
      <w:r>
        <w:t>ETAPA</w:t>
      </w:r>
    </w:p>
    <w:p>
      <w:pPr>
        <w:pStyle w:val="ListBullet2"/>
      </w:pPr>
      <w:r>
        <w:t>Educació Secundària Obligatòria (ESO)</w:t>
      </w:r>
    </w:p>
    <w:p/>
    <w:p>
      <w:pPr>
        <w:pStyle w:val="Heading3"/>
      </w:pPr>
      <w:r>
        <w:t>Educació per al desenvolupament personal i la ciutadania (Educació per a la ciutadania i drets humans)</w:t>
      </w:r>
    </w:p>
    <w:p/>
    <w:p>
      <w:pPr>
        <w:pStyle w:val="Heading4"/>
      </w:pPr>
      <w:r>
        <w:t>DESCRIPCIÓ</w:t>
      </w:r>
    </w:p>
    <w:p/>
    <w:p>
      <w:pPr>
        <w:pStyle w:val="Heading4"/>
      </w:pPr>
      <w:r>
        <w:t>OBJECTIU ETAPA</w:t>
      </w:r>
    </w:p>
    <w:p/>
    <w:p>
      <w:pPr>
        <w:pStyle w:val="Heading4"/>
      </w:pPr>
      <w:r>
        <w:t>OBJECTIU ÀREA O MATÈRIA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COMPETÈNCIA BÀSICA</w:t>
      </w:r>
    </w:p>
    <w:p/>
    <w:p>
      <w:pPr>
        <w:pStyle w:val="Heading4"/>
      </w:pPr>
      <w:r>
        <w:t>SABER</w:t>
      </w:r>
    </w:p>
    <w:p>
      <w:pPr>
        <w:pStyle w:val="Normal4"/>
      </w:pPr>
      <w:r>
        <w:t>Identificació dels trets constitutius de la pròpia identitat, inclosa la identitat de gènere. Valoració dels</w:t>
        <w:br/>
        <w:br/>
        <w:br/>
        <w:t>interessos personals, del benestar propi i dels altres. Expressió i gestió de les pròpies emocions i</w:t>
        <w:br/>
        <w:br/>
        <w:br/>
        <w:t>autogestió de les pròpies conductes.</w:t>
      </w:r>
    </w:p>
    <w:p/>
    <w:p>
      <w:pPr>
        <w:pStyle w:val="Heading4"/>
      </w:pPr>
      <w:r>
        <w:t>CRITERI D'AVALUACIÓ</w:t>
      </w:r>
    </w:p>
    <w:p/>
    <w:p>
      <w:pPr>
        <w:pStyle w:val="Heading4"/>
      </w:pPr>
      <w:r>
        <w:t>PÀGINA REFERÈNCIA DOCUMENT CURRÍCULUM</w:t>
      </w:r>
    </w:p>
    <w:p>
      <w:pPr>
        <w:pStyle w:val="Normal4"/>
      </w:pPr>
      <w:r>
        <w:t>Pàgina 148</w:t>
      </w:r>
    </w:p>
    <w:p/>
    <w:p>
      <w:pPr>
        <w:pStyle w:val="Heading4"/>
      </w:pPr>
      <w:r>
        <w:t>COMPETÈNCIA</w:t>
      </w:r>
    </w:p>
    <w:p>
      <w:pPr>
        <w:pStyle w:val="ListBullet2"/>
      </w:pPr>
      <w:r>
        <w:t>Competència ciutadana</w:t>
      </w:r>
    </w:p>
    <w:p/>
    <w:p>
      <w:pPr>
        <w:pStyle w:val="Heading4"/>
      </w:pPr>
      <w:r>
        <w:t>REFERÈNCIA</w:t>
      </w:r>
    </w:p>
    <w:p>
      <w:pPr>
        <w:pStyle w:val="ListBullet2"/>
      </w:pPr>
      <w:r>
        <w:t>Currículum secundària Catalunya</w:t>
      </w:r>
    </w:p>
    <w:p/>
    <w:p>
      <w:pPr>
        <w:pStyle w:val="Heading4"/>
      </w:pPr>
      <w:r>
        <w:t>CICLE</w:t>
      </w:r>
    </w:p>
    <w:p>
      <w:pPr>
        <w:pStyle w:val="ListBullet2"/>
      </w:pPr>
      <w:r>
        <w:t>Segon cicle d'ESO</w:t>
      </w:r>
    </w:p>
    <w:p/>
    <w:p>
      <w:pPr>
        <w:pStyle w:val="Heading4"/>
      </w:pPr>
      <w:r>
        <w:t>ETAPA</w:t>
      </w:r>
    </w:p>
    <w:p>
      <w:pPr>
        <w:pStyle w:val="ListBullet2"/>
      </w:pPr>
      <w:r>
        <w:t>Educació Secundària Obligatòria (ESO)</w:t>
      </w:r>
    </w:p>
    <w:p/>
    <w:p>
      <w:pPr>
        <w:pStyle w:val="Heading2"/>
      </w:pPr>
      <w:r>
        <w:t>AVALUACIÓ TRANSFORMADORA</w:t>
      </w:r>
    </w:p>
    <w:p/>
    <w:p>
      <w:pPr>
        <w:pStyle w:val="Normal2"/>
      </w:pPr>
      <w:r>
        <w:t>INDICADORS D'AVALUACIÓ</w:t>
        <w:br/>
        <w:br/>
        <w:t>Indicadors avaluació qualificadora</w:t>
        <w:br/>
        <w:br/>
        <w:t>Indicadors d'avaluació formativa</w:t>
        <w:br/>
        <w:br/>
        <w:t>Indicadors d'avaluació transformadora</w:t>
        <w:br/>
        <w:br/>
        <w:t>ASSOLIMENT DE COMPETÈNCIA</w:t>
        <w:br/>
        <w:br/>
        <w:t>En procés d'assoliment</w:t>
        <w:br/>
        <w:br/>
        <w:t>Assoliment suficient</w:t>
        <w:br/>
        <w:br/>
        <w:t>Assoliment notable</w:t>
        <w:br/>
        <w:br/>
        <w:t>Assoliment excel·lent</w:t>
      </w:r>
    </w:p>
    <w:p/>
    <w:p>
      <w:pPr>
        <w:pStyle w:val="Heading3"/>
      </w:pPr>
      <w:r>
        <w:t>INSTRUMENTS D'AVALUACIÓ</w:t>
      </w:r>
    </w:p>
    <w:p>
      <w:pPr>
        <w:pStyle w:val="Heading4"/>
      </w:pPr>
      <w:r>
        <w:t>DIARI D'AULA</w:t>
      </w:r>
    </w:p>
    <w:p>
      <w:pPr>
        <w:pStyle w:val="Normal4"/>
      </w:pPr>
      <w:r>
        <w:t>Entre els molts instruments que afavoreixen l'avaluació-regulació trobem els diaris de classe . A través d’ells l’alumnat expressa el que creu que ha après i també les seves dificultats. L’anàlisi del que diu permet al professorat identificar si reconeix l’objectiu del treball realitzat i quins són els obstacles a superar. Moltes vegades serà més important regular aquestes percepcions que no pas els resultats de l’activitat en si.</w:t>
      </w:r>
    </w:p>
    <w:p/>
    <w:p/>
    <w:p>
      <w:pPr>
        <w:pStyle w:val="Heading4"/>
      </w:pPr>
      <w:r>
        <w:t>PORTAFOLI</w:t>
      </w:r>
    </w:p>
    <w:p>
      <w:pPr>
        <w:pStyle w:val="Normal4"/>
      </w:pPr>
      <w:r>
        <w:t>El portafoli com a instrument d’avaluació és un conjunt estructurat de documents (anotacions, anàlisis, reflexions, gràfiques, etc) que són elaborats per l’alumnat, amb la tutoria del docent, que s’ordenen de forma cronològica o temàtica, i que evidencien l’evolució, el progrés i el grau d’assoliment dels objectius plantejats, com també palesen les estratègies de cada estudiant per a la indagació, el pensament reflexiu, el rigor i l’anàlisi.</w:t>
        <w:br/>
        <w:br/>
        <w:t>Per saber-ne més, clica aquí.</w:t>
      </w:r>
    </w:p>
    <w:p/>
    <w:p/>
    <w:p>
      <w:pPr>
        <w:pStyle w:val="Heading1"/>
      </w:pPr>
      <w:r>
        <w:t>CONTINGUTS VINCULATS</w:t>
      </w:r>
    </w:p>
    <w:p>
      <w:pPr>
        <w:pStyle w:val="Link"/>
      </w:pPr>
      <w:hyperlink r:id="rId9">
        <w:r>
          <w:rPr/>
          <w:t>Assumpció del propi procès de construcció de la masculinitat i feminitat.</w:t>
        </w:r>
      </w:hyperlink>
    </w:p>
    <w:p>
      <w:pPr>
        <w:pStyle w:val="ListBullet"/>
      </w:pPr>
      <w:r>
        <w:t>Gènere i feminismes</w:t>
      </w:r>
    </w:p>
    <w:p>
      <w:pPr>
        <w:pStyle w:val="ListBullet"/>
      </w:pPr>
      <w:r>
        <w:t>Educació Secundària Obligatòria (ESO)</w:t>
      </w:r>
    </w:p>
    <w:p>
      <w:pPr>
        <w:pStyle w:val="ListBullet"/>
      </w:pPr>
      <w:r>
        <w:t>Competència emprenedora</w:t>
      </w:r>
    </w:p>
    <w:p>
      <w:pPr>
        <w:pStyle w:val="ListBullet"/>
      </w:pPr>
      <w:r>
        <w:t>Competència ciutadana</w:t>
      </w:r>
    </w:p>
    <w:p>
      <w:pPr>
        <w:pStyle w:val="Link"/>
      </w:pPr>
      <w:hyperlink r:id="rId83">
        <w:r>
          <w:rPr/>
          <w:t>Reflexió crítica de les semblances i les diferències de gènere com a element enriquidor de les relacions interpersonals.</w:t>
        </w:r>
      </w:hyperlink>
    </w:p>
    <w:p>
      <w:pPr>
        <w:pStyle w:val="ListBullet"/>
      </w:pPr>
      <w:r>
        <w:t>Gènere i feminismes</w:t>
      </w:r>
    </w:p>
    <w:p>
      <w:pPr>
        <w:pStyle w:val="ListBullet"/>
      </w:pPr>
      <w:r>
        <w:t>Educació Secundària Obligatòria (ESO)</w:t>
      </w:r>
    </w:p>
    <w:p>
      <w:pPr>
        <w:pStyle w:val="ListBullet"/>
      </w:pPr>
      <w:r>
        <w:t>Competència ciutadana</w:t>
      </w:r>
    </w:p>
    <w:p>
      <w:pPr>
        <w:pStyle w:val="Link"/>
      </w:pPr>
      <w:hyperlink r:id="rId84">
        <w:r>
          <w:rPr/>
          <w:t>Denúncia i actuació davant situacions de desigualtat, injustícia i discriminació per motiu de gènere, sexe o opció afectivosexual.</w:t>
        </w:r>
      </w:hyperlink>
    </w:p>
    <w:p>
      <w:pPr>
        <w:pStyle w:val="ListBullet"/>
      </w:pPr>
      <w:r>
        <w:t>Gènere i feminismes</w:t>
      </w:r>
    </w:p>
    <w:p>
      <w:pPr>
        <w:pStyle w:val="ListBullet"/>
      </w:pPr>
      <w:r>
        <w:t>Educació Secundària Obligatòria (ESO)</w:t>
      </w:r>
    </w:p>
    <w:p>
      <w:pPr>
        <w:pStyle w:val="Link"/>
      </w:pPr>
      <w:hyperlink r:id="rId85">
        <w:r>
          <w:rPr/>
          <w:t>Reivindicació del paper de la dona i els sabers femenins com a motor de canvi i transformació social.</w:t>
        </w:r>
      </w:hyperlink>
    </w:p>
    <w:p>
      <w:pPr>
        <w:pStyle w:val="ListBullet"/>
      </w:pPr>
      <w:r>
        <w:t>Gènere i feminismes</w:t>
      </w:r>
    </w:p>
    <w:p>
      <w:pPr>
        <w:pStyle w:val="ListBullet"/>
      </w:pPr>
      <w:r>
        <w:t>Educació Secundària Obligatòria (ESO)</w:t>
      </w:r>
    </w:p>
    <w:p>
      <w:pPr>
        <w:pStyle w:val="ListBullet"/>
      </w:pPr>
      <w:r>
        <w:t>Competència en consciència i expressió culturals</w:t>
      </w:r>
    </w:p>
    <w:p>
      <w:pPr>
        <w:pStyle w:val="ListBullet"/>
      </w:pPr>
      <w:r>
        <w:t>Competència ciutadana</w:t>
      </w:r>
    </w:p>
    <w:p>
      <w:pPr>
        <w:pStyle w:val="Link"/>
      </w:pPr>
      <w:hyperlink r:id="rId86">
        <w:r>
          <w:rPr/>
          <w:t>Defensa dels drets i deures individuals i col·lectius en qüestió de gènere.</w:t>
        </w:r>
      </w:hyperlink>
    </w:p>
    <w:p>
      <w:pPr>
        <w:pStyle w:val="ListBullet"/>
      </w:pPr>
      <w:r>
        <w:t>Gènere i feminismes</w:t>
      </w:r>
    </w:p>
    <w:p>
      <w:pPr>
        <w:pStyle w:val="ListBullet"/>
      </w:pPr>
      <w:r>
        <w:t>Educació Secundària Obligatòria (ESO)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  <w:pPr/>
    <w:rPr>
      <w:rFonts w:ascii="Ubuntu" w:hAnsi="Ubuntu"/>
      <w:b w:val="0"/>
      <w:i w:val="0"/>
      <w:color w:val="000000"/>
      <w:sz w:val="24"/>
      <w:u w:val="none"/>
    </w:rPr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/>
      <w:outlineLvl w:val="0"/>
    </w:pPr>
    <w:rPr>
      <w:rFonts w:asciiTheme="majorHAnsi" w:eastAsiaTheme="majorEastAsia" w:hAnsiTheme="majorHAnsi" w:cstheme="majorBidi" w:ascii="Ubuntu" w:hAnsi="Ubuntu"/>
      <w:b/>
      <w:bCs/>
      <w:i w:val="0"/>
      <w:color w:val="000000"/>
      <w:sz w:val="28"/>
      <w:szCs w:val="28"/>
      <w:u w:val="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/>
      <w:ind w:left="360"/>
      <w:outlineLvl w:val="1"/>
    </w:pPr>
    <w:rPr>
      <w:rFonts w:asciiTheme="majorHAnsi" w:eastAsiaTheme="majorEastAsia" w:hAnsiTheme="majorHAnsi" w:cstheme="majorBidi" w:ascii="Ubuntu" w:hAnsi="Ubuntu"/>
      <w:b/>
      <w:bCs/>
      <w:i w:val="0"/>
      <w:color w:val="000000"/>
      <w:sz w:val="24"/>
      <w:szCs w:val="26"/>
      <w:u w:val="non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/>
      <w:ind w:left="720"/>
      <w:outlineLvl w:val="2"/>
    </w:pPr>
    <w:rPr>
      <w:rFonts w:asciiTheme="majorHAnsi" w:eastAsiaTheme="majorEastAsia" w:hAnsiTheme="majorHAnsi" w:cstheme="majorBidi" w:ascii="Ubuntu" w:hAnsi="Ubuntu"/>
      <w:b/>
      <w:bCs/>
      <w:i w:val="0"/>
      <w:color w:val="000000"/>
      <w:sz w:val="24"/>
      <w:u w:val="none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/>
      <w:ind w:left="1080"/>
      <w:outlineLvl w:val="3"/>
    </w:pPr>
    <w:rPr>
      <w:rFonts w:asciiTheme="majorHAnsi" w:eastAsiaTheme="majorEastAsia" w:hAnsiTheme="majorHAnsi" w:cstheme="majorBidi" w:ascii="Ubuntu" w:hAnsi="Ubuntu"/>
      <w:b/>
      <w:bCs/>
      <w:i w:val="0"/>
      <w:iCs/>
      <w:color w:val="000000"/>
      <w:sz w:val="24"/>
      <w:u w:val="non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line="240" w:lineRule="auto"/>
      <w:contextualSpacing/>
    </w:pPr>
    <w:rPr>
      <w:rFonts w:asciiTheme="majorHAnsi" w:eastAsiaTheme="majorEastAsia" w:hAnsiTheme="majorHAnsi" w:cstheme="majorBidi" w:ascii="Ubuntu" w:hAnsi="Ubuntu"/>
      <w:b/>
      <w:i w:val="0"/>
      <w:color w:val="000000"/>
      <w:spacing w:val="5"/>
      <w:kern w:val="28"/>
      <w:sz w:val="36"/>
      <w:szCs w:val="52"/>
      <w:u w:val="none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 w:ascii="Ubuntu" w:hAnsi="Ubuntu"/>
      <w:b/>
      <w:i w:val="0"/>
      <w:iCs/>
      <w:color w:val="000000"/>
      <w:spacing w:val="15"/>
      <w:sz w:val="28"/>
      <w:szCs w:val="24"/>
      <w:u w:val="none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  <w:rPr>
      <w:rFonts w:ascii="Ubuntu" w:hAnsi="Ubuntu"/>
      <w:b w:val="0"/>
      <w:i w:val="0"/>
      <w:color w:val="000000"/>
      <w:sz w:val="24"/>
      <w:u w:val="none"/>
    </w:r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ind w:left="1080"/>
      <w:contextualSpacing/>
    </w:pPr>
    <w:rPr>
      <w:rFonts w:ascii="Ubuntu" w:hAnsi="Ubuntu"/>
      <w:b w:val="0"/>
      <w:i w:val="0"/>
      <w:color w:val="000000"/>
      <w:sz w:val="24"/>
      <w:u w:val="none"/>
    </w:r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customStyle="1" w:styleId="Normal2">
    <w:name w:val="Normal 2"/>
    <w:pPr>
      <w:ind w:left="360"/>
    </w:pPr>
    <w:rPr>
      <w:rFonts w:ascii="Ubuntu" w:hAnsi="Ubuntu"/>
      <w:b w:val="0"/>
      <w:i w:val="0"/>
      <w:color w:val="000000"/>
      <w:sz w:val="24"/>
      <w:u w:val="none"/>
    </w:rPr>
  </w:style>
  <w:style w:type="paragraph" w:customStyle="1" w:styleId="Normal3">
    <w:name w:val="Normal 3"/>
    <w:pPr>
      <w:ind w:left="720"/>
    </w:pPr>
    <w:rPr>
      <w:rFonts w:ascii="Ubuntu" w:hAnsi="Ubuntu"/>
      <w:b w:val="0"/>
      <w:i w:val="0"/>
      <w:color w:val="000000"/>
      <w:sz w:val="24"/>
      <w:u w:val="none"/>
    </w:rPr>
  </w:style>
  <w:style w:type="paragraph" w:customStyle="1" w:styleId="Normal4">
    <w:name w:val="Normal 4"/>
    <w:pPr>
      <w:ind w:left="1080"/>
    </w:pPr>
    <w:rPr>
      <w:rFonts w:ascii="Ubuntu" w:hAnsi="Ubuntu"/>
      <w:b w:val="0"/>
      <w:i w:val="0"/>
      <w:color w:val="000000"/>
      <w:sz w:val="24"/>
      <w:u w:val="none"/>
    </w:rPr>
  </w:style>
  <w:style w:type="paragraph" w:customStyle="1" w:styleId="Link">
    <w:name w:val="Link"/>
    <w:pPr/>
    <w:rPr>
      <w:rFonts w:ascii="Ubuntu" w:hAnsi="Ubuntu"/>
      <w:b w:val="0"/>
      <w:i w:val="0"/>
      <w:color w:val="1155CC"/>
      <w:sz w:val="24"/>
      <w:u w:val="single"/>
    </w:rPr>
  </w:style>
  <w:style w:type="paragraph" w:customStyle="1" w:styleId="Link4">
    <w:name w:val="Link 4"/>
    <w:pPr>
      <w:ind w:left="1080"/>
    </w:pPr>
    <w:rPr>
      <w:rFonts w:ascii="Ubuntu" w:hAnsi="Ubuntu"/>
      <w:b w:val="0"/>
      <w:i w:val="0"/>
      <w:color w:val="1155CC"/>
      <w:sz w:val="24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hyperlink" Target="https://www.transformarelmon-guia.edualter.org/ca/orientacions-pedagogiques/enfocament-de-genere/masculinitats-i-feminitats/masculinitats-i-feminitats-contingut-daprenentatge/contingut-daprenentatge-secundaria/i1_gen_ba_s1s2" TargetMode="External"/><Relationship Id="rId10" Type="http://schemas.openxmlformats.org/officeDocument/2006/relationships/hyperlink" Target="https://www.transformarelmon-guia.edualter.org/ca/orientacions-pedagogiques/enfocament-de-genere/masculinitats-i-feminitats/masculinitats-i-feminitats-contingut-daprenentatge/contingut-daprenentatge-secundaria/i1_gen_ba_s3s4" TargetMode="External"/><Relationship Id="rId11" Type="http://schemas.openxmlformats.org/officeDocument/2006/relationships/hyperlink" Target="https://www.transformarelmon-guia.edualter.org/ca/orientacions-pedagogiques/enfocament-de-genere/pluralitat-didentitats-de-genere-identitats-sexuals-i-opcions-afectivosexuals/pluralitat-didentitats-de-genere-identitats-sexuals-i-opcions-afectivosexuals-contingut-daprenentatge/contingut-daprenentatge-primaria/i4_gen_bb_ci" TargetMode="External"/><Relationship Id="rId12" Type="http://schemas.openxmlformats.org/officeDocument/2006/relationships/hyperlink" Target="https://www.transformarelmon-guia.edualter.org/ca/orientacions-pedagogiques/enfocament-de-genere/pluralitat-didentitats-de-genere-identitats-sexuals-i-opcions-afectivosexuals/pluralitat-didentitats-de-genere-identitats-sexuals-i-opcions-afectivosexuals-contingut-daprenentatge/contingut-daprenentatge-primaria/i4_gen_bb_cm" TargetMode="External"/><Relationship Id="rId13" Type="http://schemas.openxmlformats.org/officeDocument/2006/relationships/hyperlink" Target="https://www.transformarelmon-guia.edualter.org/ca/orientacions-pedagogiques/enfocament-de-genere/pluralitat-didentitats-de-genere-identitats-sexuals-i-opcions-afectivosexuals/pluralitat-didentitats-de-genere-identitats-sexuals-i-opcions-afectivosexuals-contingut-daprenentatge/contingut-daprenentatge-primaria/i1_gen_bb_cs" TargetMode="External"/><Relationship Id="rId14" Type="http://schemas.openxmlformats.org/officeDocument/2006/relationships/hyperlink" Target="https://www.transformarelmon-guia.edualter.org/ca/orientacions-pedagogiques/enfocament-de-genere/pluralitat-didentitats-de-genere-identitats-sexuals-i-opcions-afectivosexuals/pluralitat-didentitats-de-genere-identitats-sexuals-i-opcions-afectivosexuals-contingut-daprenentatge/contingut-aprenentatge-secundaria/i4_gen_bb_s1s2" TargetMode="External"/><Relationship Id="rId15" Type="http://schemas.openxmlformats.org/officeDocument/2006/relationships/hyperlink" Target="https://www.transformarelmon-guia.edualter.org/ca/orientacions-pedagogiques/enfocament-de-genere/pluralitat-didentitats-de-genere-identitats-sexuals-i-opcions-afectivosexuals/pluralitat-didentitats-de-genere-identitats-sexuals-i-opcions-afectivosexuals-contingut-daprenentatge/contingut-aprenentatge-secundaria/i4_gen_bb_s3s4" TargetMode="External"/><Relationship Id="rId16" Type="http://schemas.openxmlformats.org/officeDocument/2006/relationships/hyperlink" Target="https://www.transformarelmon-guia.edualter.org/ca/orientacions-pedagogiques/enfocament-de-genere/estereotips-prejudicis-i-discriminacions/estereotips-prejudicis-i-discriminacions-contingut-daprenentatge/contingut-daprenentatge-primaria/i4_gen_bc_ci" TargetMode="External"/><Relationship Id="rId17" Type="http://schemas.openxmlformats.org/officeDocument/2006/relationships/hyperlink" Target="https://www.transformarelmon-guia.edualter.org/ca/orientacions-pedagogiques/enfocament-de-genere/estereotips-prejudicis-i-discriminacions/estereotips-prejudicis-i-discriminacions-contingut-daprenentatge/contingut-daprenentatge-primaria/i4_gen_bc_cm" TargetMode="External"/><Relationship Id="rId18" Type="http://schemas.openxmlformats.org/officeDocument/2006/relationships/hyperlink" Target="https://www.transformarelmon-guia.edualter.org/ca/orientacions-pedagogiques/cultura-de-pau/bloc-a-analisi-de-la-realitat-en-lambit-de-la-pau-i-la-violencia/analisi-de-la-realitat-en-lambit-de-la-pau-i-la-violencia-contingut-daprenentatge/continguts-daprenentatge-secundaria/i2_cp_ba_s1s2" TargetMode="External"/><Relationship Id="rId19" Type="http://schemas.openxmlformats.org/officeDocument/2006/relationships/hyperlink" Target="https://www.transformarelmon-guia.edualter.org/ca/orientacions-pedagogiques/cultura-de-pau/bloc-a-analisi-de-la-realitat-en-lambit-de-la-pau-i-la-violencia/analisi-de-la-realitat-en-lambit-de-la-pau-i-la-violencia-contingut-daprenentatge/continguts-daprenentatge-secundaria/i5_cp_ba_s1s2" TargetMode="External"/><Relationship Id="rId20" Type="http://schemas.openxmlformats.org/officeDocument/2006/relationships/hyperlink" Target="https://www.transformarelmon-guia.edualter.org/ca/orientacions-pedagogiques/cultura-de-pau/bloc-a-analisi-de-la-realitat-en-lambit-de-la-pau-i-la-violencia/analisi-de-la-realitat-en-lambit-de-la-pau-i-la-violencia-contingut-daprenentatge/continguts-daprenentatge-secundaria/i3_cp_ba_s3s4" TargetMode="External"/><Relationship Id="rId21" Type="http://schemas.openxmlformats.org/officeDocument/2006/relationships/hyperlink" Target="https://www.transformarelmon-guia.edualter.org/ca/orientacions-pedagogiques/cultura-de-pau/bloc-b-estrategies-personals-i-col-lectives-per-transformar-els-conflictes/estrategies-personals-i-col-lectives-per-transformar-els-conflictes-contingut-daprenentatge/continguts-daprenentatge-primaria/i7_cp_bb_ci" TargetMode="External"/><Relationship Id="rId22" Type="http://schemas.openxmlformats.org/officeDocument/2006/relationships/hyperlink" Target="https://www.transformarelmon-guia.edualter.org/ca/orientacions-pedagogiques/cultura-de-pau/bloc-b-estrategies-personals-i-col-lectives-per-transformar-els-conflictes/estrategies-personals-i-col-lectives-per-transformar-els-conflictes-contingut-daprenentatge/continguts-daprenentatge-primaria/i7_cp_bb_cm" TargetMode="External"/><Relationship Id="rId23" Type="http://schemas.openxmlformats.org/officeDocument/2006/relationships/hyperlink" Target="https://www.transformarelmon-guia.edualter.org/ca/orientacions-pedagogiques/drets-humans-ciutadania-i-governanca/bloc-a-el-sistema-de-proteccio-dels-drets-humans/contingut-aprenentatge-bloc-a/contingut-aprenentatge-primaria/i1_ddhh_ba_ci" TargetMode="External"/><Relationship Id="rId24" Type="http://schemas.openxmlformats.org/officeDocument/2006/relationships/hyperlink" Target="https://www.transformarelmon-guia.edualter.org/ca/orientacions-pedagogiques/drets-humans-ciutadania-i-governanca/bloc-a-el-sistema-de-proteccio-dels-drets-humans/contingut-aprenentatge-bloc-a/contingut-aprenentatge-primaria/i1_ddhh_ba_cs" TargetMode="External"/><Relationship Id="rId25" Type="http://schemas.openxmlformats.org/officeDocument/2006/relationships/hyperlink" Target="https://www.transformarelmon-guia.edualter.org/ca/orientacions-pedagogiques/drets-humans-ciutadania-i-governanca/bloc-a-el-sistema-de-proteccio-dels-drets-humans/contingut-aprenentatge-bloc-a/contingut-aprenentatge-secundaria/i1_ddhh_ba_s1s2" TargetMode="External"/><Relationship Id="rId26" Type="http://schemas.openxmlformats.org/officeDocument/2006/relationships/hyperlink" Target="https://www.transformarelmon-guia.edualter.org/ca/orientacions-pedagogiques/drets-humans-ciutadania-i-governanca/bloc-b-la-governanca-com-a-estrategia-organitzativa-del-col-lectiu/la-governanca-com-a-estrategia-organitzativa-del-col-lectiu-contingut-daprenentatge/contingut-aprenentatge-secundaria/i1_ddhh_bb_s1s2" TargetMode="External"/><Relationship Id="rId27" Type="http://schemas.openxmlformats.org/officeDocument/2006/relationships/hyperlink" Target="https://www.transformarelmon-guia.edualter.org/ca/orientacions-pedagogiques/drets-humans-ciutadania-i-governanca/bloc-b-la-governanca-com-a-estrategia-organitzativa-del-col-lectiu/la-governanca-com-a-estrategia-organitzativa-del-col-lectiu-contingut-daprenentatge/contingut-aprenentatge-secundaria/i1_ddhh_bb_s3s4" TargetMode="External"/><Relationship Id="rId28" Type="http://schemas.openxmlformats.org/officeDocument/2006/relationships/hyperlink" Target="https://www.transformarelmon-guia.edualter.org/ca/orientacions-pedagogiques/drets-humans-ciutadania-i-governanca/bloc-c-participacio-democratica-i-ciutadania/participacio-democratica-i-ciutadania-contingut-daprenentatge/contingut-daprenentatge-secundaria/i1_ddhh_bc_s1S2" TargetMode="External"/><Relationship Id="rId29" Type="http://schemas.openxmlformats.org/officeDocument/2006/relationships/hyperlink" Target="https://www.transformarelmon-guia.edualter.org/ca/orientacions-pedagogiques/medi-ambient/bloc-b-compromis-i-accio-glocal-amb-el-medi-ambient-el-territori-i-la-naturalesa/compromis-i-accio-glocal-amb-el-medi-ambient-el-territori-i-la-naturalesa-contingut-daprenentatge/contingut-daprenentatge-primaria/i1_med_bb_cm" TargetMode="External"/><Relationship Id="rId30" Type="http://schemas.openxmlformats.org/officeDocument/2006/relationships/hyperlink" Target="https://www.transformarelmon-guia.edualter.org/ca/orientacions-pedagogiques/medi-ambient/bloc-b-compromis-i-accio-glocal-amb-el-medi-ambient-el-territori-i-la-naturalesa/compromis-i-accio-glocal-amb-el-medi-ambient-el-territori-i-la-naturalesa-contingut-daprenentatge/contingut-daprenentatge-primaria/i1_med_bb_cs" TargetMode="External"/><Relationship Id="rId31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primaria/i1_int_ba_cm" TargetMode="External"/><Relationship Id="rId32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primaria/i1_int_ba_cs" TargetMode="External"/><Relationship Id="rId33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primaria/i2_int_ba_cs" TargetMode="External"/><Relationship Id="rId34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secundaria/i1_int_ba_s1s2" TargetMode="External"/><Relationship Id="rId35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secundaria/i4_int_ba_s1s2" TargetMode="External"/><Relationship Id="rId36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secundaria/i1_int_ba_s3s4" TargetMode="External"/><Relationship Id="rId37" Type="http://schemas.openxmlformats.org/officeDocument/2006/relationships/hyperlink" Target="https://www.transformarelmon-guia.edualter.org/ca/orientacions-pedagogiques/interculturalitat/bloc-b-estereotips-prejudicis-i-discriminacions/estereotips-prejudicis-i-discriminacions-contingut-daprenentatge/contingut-daprenentatge-primaria/i1_int_bb_ci" TargetMode="External"/><Relationship Id="rId38" Type="http://schemas.openxmlformats.org/officeDocument/2006/relationships/hyperlink" Target="https://www.transformarelmon-guia.edualter.org/ca/orientacions-pedagogiques/interculturalitat/bloc-b-estereotips-prejudicis-i-discriminacions/estereotips-prejudicis-i-discriminacions-contingut-daprenentatge/contingut-daprenentatge-primaria/i1_int_bb_cm" TargetMode="External"/><Relationship Id="rId39" Type="http://schemas.openxmlformats.org/officeDocument/2006/relationships/hyperlink" Target="https://www.transformarelmon-guia.edualter.org/ca/orientacions-pedagogiques/interculturalitat/bloc-b-estereotips-prejudicis-i-discriminacions/estereotips-prejudicis-i-discriminacions-contingut-daprenentatge/contingut-daprenentatge-primaria/i1_int_bb_cs" TargetMode="External"/><Relationship Id="rId40" Type="http://schemas.openxmlformats.org/officeDocument/2006/relationships/hyperlink" Target="https://www.transformarelmon-guia.edualter.org/ca/orientacions-pedagogiques/interculturalitat/bloc-b-estereotips-prejudicis-i-discriminacions/estereotips-prejudicis-i-discriminacions-contingut-daprenentatge/contingut-daprenentatge-secundaria/i1_int_bb_s1s2" TargetMode="External"/><Relationship Id="rId41" Type="http://schemas.openxmlformats.org/officeDocument/2006/relationships/hyperlink" Target="https://www.transformarelmon-guia.edualter.org/ca/orientacions-pedagogiques/interculturalitat/bloc-b-estereotips-prejudicis-i-discriminacions/estereotips-prejudicis-i-discriminacions-contingut-daprenentatge/contingut-daprenentatge-secundaria/i1_int_bb_s3s4" TargetMode="External"/><Relationship Id="rId42" Type="http://schemas.openxmlformats.org/officeDocument/2006/relationships/hyperlink" Target="https://www.transformarelmon-guia.edualter.org/ca/orientacions-pedagogiques/interculturalitat/bloc-b-estereotips-prejudicis-i-discriminacions/estereotips-prejudicis-i-discriminacions-contingut-daprenentatge/contingut-daprenentatge-secundaria/i2_int_bb_s3s4" TargetMode="External"/><Relationship Id="rId43" Type="http://schemas.openxmlformats.org/officeDocument/2006/relationships/hyperlink" Target="https://www.transformarelmon-guia.edualter.org/ca/orientacions-pedagogiques/interculturalitat/bloc-c-models-de-convivencia-i-inclusio-social/models-de-convivencia-i-inclusio-social-contingut-daprenentatge/contingut-daprenentatge-primaria/i3_int_bc_ci" TargetMode="External"/><Relationship Id="rId44" Type="http://schemas.openxmlformats.org/officeDocument/2006/relationships/hyperlink" Target="https://www.transformarelmon-guia.edualter.org/ca/orientacions-pedagogiques/interculturalitat/bloc-c-models-de-convivencia-i-inclusio-social/models-de-convivencia-i-inclusio-social-contingut-daprenentatge/contingut-daprenentatge-primaria/i1_int_bc_ci" TargetMode="External"/><Relationship Id="rId45" Type="http://schemas.openxmlformats.org/officeDocument/2006/relationships/hyperlink" Target="https://www.transformarelmon-guia.edualter.org/ca/orientacions-pedagogiques/interculturalitat/bloc-c-models-de-convivencia-i-inclusio-social/models-de-convivencia-i-inclusio-social-contingut-daprenentatge/contingut-daprenentatge-primaria/i3_int_bc_cm" TargetMode="External"/><Relationship Id="rId46" Type="http://schemas.openxmlformats.org/officeDocument/2006/relationships/hyperlink" Target="https://www.transformarelmon-guia.edualter.org/ca/orientacions-pedagogiques/interculturalitat/bloc-c-models-de-convivencia-i-inclusio-social/models-de-convivencia-i-inclusio-social-contingut-daprenentatge/contingut-daprenentatge-secundaria/i2_int_bc_s1s2" TargetMode="External"/><Relationship Id="rId47" Type="http://schemas.openxmlformats.org/officeDocument/2006/relationships/hyperlink" Target="https://www.transformarelmon-guia.edualter.org/ca/orientacions-pedagogiques/interculturalitat/bloc-c-models-de-convivencia-i-inclusio-social/models-de-convivencia-i-inclusio-social-contingut-daprenentatge/contingut-daprenentatge-secundaria/i_int_bc_s1s2" TargetMode="External"/><Relationship Id="rId48" Type="http://schemas.openxmlformats.org/officeDocument/2006/relationships/hyperlink" Target="https://www.transformarelmon-guia.edualter.org/ca/instruments/diari-daula" TargetMode="External"/><Relationship Id="rId49" Type="http://schemas.openxmlformats.org/officeDocument/2006/relationships/hyperlink" Target="https://www.transformarelmon-guia.edualter.org/ca/orientacions-pedagogiques/enfocament-de-genere/masculinitats-i-feminitats/masculinitats-i-feminitats-contingut-daprenentatge/contingut-daprenentatge-primaria/i1_gen_ba_cs" TargetMode="External"/><Relationship Id="rId50" Type="http://schemas.openxmlformats.org/officeDocument/2006/relationships/hyperlink" Target="https://www.transformarelmon-guia.edualter.org/ca/orientacions-pedagogiques/enfocament-de-genere/masculinitats-i-feminitats/masculinitats-i-feminitats-contingut-daprenentatge/contingut-daprenentatge-secundaria/i4_gen_ba_s1s2" TargetMode="External"/><Relationship Id="rId51" Type="http://schemas.openxmlformats.org/officeDocument/2006/relationships/hyperlink" Target="https://www.transformarelmon-guia.edualter.org/ca/orientacions-pedagogiques/enfocament-de-genere/pluralitat-didentitats-de-genere-identitats-sexuals-i-opcions-afectivosexuals/pluralitat-didentitats-de-genere-identitats-sexuals-i-opcions-afectivosexuals-contingut-daprenentatge/contingut-daprenentatge-primaria/i1_gen_bb_cm" TargetMode="External"/><Relationship Id="rId52" Type="http://schemas.openxmlformats.org/officeDocument/2006/relationships/hyperlink" Target="https://www.transformarelmon-guia.edualter.org/ca/orientacions-pedagogiques/enfocament-de-genere/pluralitat-didentitats-de-genere-identitats-sexuals-i-opcions-afectivosexuals/pluralitat-didentitats-de-genere-identitats-sexuals-i-opcions-afectivosexuals-contingut-daprenentatge/contingut-daprenentatge-primaria/i4_gen_bb_cs" TargetMode="External"/><Relationship Id="rId53" Type="http://schemas.openxmlformats.org/officeDocument/2006/relationships/hyperlink" Target="https://www.transformarelmon-guia.edualter.org/ca/orientacions-pedagogiques/enfocament-de-genere/pluralitat-didentitats-de-genere-identitats-sexuals-i-opcions-afectivosexuals/pluralitat-didentitats-de-genere-identitats-sexuals-i-opcions-afectivosexuals-contingut-daprenentatge/contingut-aprenentatge-secundaria/i1_gen_bb_s1s2" TargetMode="External"/><Relationship Id="rId54" Type="http://schemas.openxmlformats.org/officeDocument/2006/relationships/hyperlink" Target="https://www.transformarelmon-guia.edualter.org/ca/orientacions-pedagogiques/enfocament-de-genere/pluralitat-didentitats-de-genere-identitats-sexuals-i-opcions-afectivosexuals/pluralitat-didentitats-de-genere-identitats-sexuals-i-opcions-afectivosexuals-contingut-daprenentatge/contingut-aprenentatge-secundaria/i1_gen_bb_s3s4" TargetMode="External"/><Relationship Id="rId55" Type="http://schemas.openxmlformats.org/officeDocument/2006/relationships/hyperlink" Target="https://www.transformarelmon-guia.edualter.org/ca/orientacions-pedagogiques/enfocament-de-genere/estereotips-prejudicis-i-discriminacions/estereotips-prejudicis-i-discriminacions-contingut-daprenentatge/contingut-daprenentatge-primaria/i4_gen_bc_cs" TargetMode="External"/><Relationship Id="rId56" Type="http://schemas.openxmlformats.org/officeDocument/2006/relationships/hyperlink" Target="https://www.transformarelmon-guia.edualter.org/ca/orientacions-pedagogiques/enfocament-de-genere/estereotips-prejudicis-i-discriminacions/estereotips-prejudicis-i-discriminacions-contingut-daprenentatge/contingut-daprenentatge-secundaria/i4_gen_bc_s1s2" TargetMode="External"/><Relationship Id="rId57" Type="http://schemas.openxmlformats.org/officeDocument/2006/relationships/hyperlink" Target="https://www.transformarelmon-guia.edualter.org/ca/orientacions-pedagogiques/enfocament-de-genere/estereotips-prejudicis-i-discriminacions/estereotips-prejudicis-i-discriminacions-contingut-daprenentatge/contingut-daprenentatge-secundaria/i4_gen_bc_s3s4" TargetMode="External"/><Relationship Id="rId58" Type="http://schemas.openxmlformats.org/officeDocument/2006/relationships/hyperlink" Target="https://www.transformarelmon-guia.edualter.org/ca/orientacions-pedagogiques/cultura-de-pau/bloc-a-analisi-de-la-realitat-en-lambit-de-la-pau-i-la-violencia/analisi-de-la-realitat-en-lambit-de-la-pau-i-la-violencia-contingut-daprenentatge/continguts-daprenentatge-primaria/i3_cp_ba_ci" TargetMode="External"/><Relationship Id="rId59" Type="http://schemas.openxmlformats.org/officeDocument/2006/relationships/hyperlink" Target="https://www.transformarelmon-guia.edualter.org/ca/orientacions-pedagogiques/cultura-de-pau/bloc-a-analisi-de-la-realitat-en-lambit-de-la-pau-i-la-violencia/analisi-de-la-realitat-en-lambit-de-la-pau-i-la-violencia-contingut-daprenentatge/continguts-daprenentatge-primaria/i3_cp_ba_cm" TargetMode="External"/><Relationship Id="rId60" Type="http://schemas.openxmlformats.org/officeDocument/2006/relationships/hyperlink" Target="https://www.transformarelmon-guia.edualter.org/ca/orientacions-pedagogiques/cultura-de-pau/bloc-a-analisi-de-la-realitat-en-lambit-de-la-pau-i-la-violencia/analisi-de-la-realitat-en-lambit-de-la-pau-i-la-violencia-contingut-daprenentatge/continguts-daprenentatge-primaria/i3_cp_ba_cs" TargetMode="External"/><Relationship Id="rId61" Type="http://schemas.openxmlformats.org/officeDocument/2006/relationships/hyperlink" Target="https://www.transformarelmon-guia.edualter.org/ca/orientacions-pedagogiques/cultura-de-pau/bloc-a-analisi-de-la-realitat-en-lambit-de-la-pau-i-la-violencia/analisi-de-la-realitat-en-lambit-de-la-pau-i-la-violencia-contingut-daprenentatge/continguts-daprenentatge-secundaria/i3_cp_ba_s1s2" TargetMode="External"/><Relationship Id="rId62" Type="http://schemas.openxmlformats.org/officeDocument/2006/relationships/hyperlink" Target="https://www.transformarelmon-guia.edualter.org/ca/orientacions-pedagogiques/cultura-de-pau/bloc-b-estrategies-personals-i-col-lectives-per-transformar-els-conflictes/estrategies-personals-i-col-lectives-per-transformar-els-conflictes-contingut-daprenentatge/continguts-daprenentatge-primaria/i1_cp_bb_ci" TargetMode="External"/><Relationship Id="rId63" Type="http://schemas.openxmlformats.org/officeDocument/2006/relationships/hyperlink" Target="https://www.transformarelmon-guia.edualter.org/ca/orientacions-pedagogiques/cultura-de-pau/bloc-b-estrategies-personals-i-col-lectives-per-transformar-els-conflictes/estrategies-personals-i-col-lectives-per-transformar-els-conflictes-contingut-daprenentatge/continguts-daprenentatge-primaria/i1_cp_bb_cm" TargetMode="External"/><Relationship Id="rId64" Type="http://schemas.openxmlformats.org/officeDocument/2006/relationships/hyperlink" Target="https://www.transformarelmon-guia.edualter.org/ca/orientacions-pedagogiques/cultura-de-pau/bloc-b-estrategies-personals-i-col-lectives-per-transformar-els-conflictes/estrategies-personals-i-col-lectives-per-transformar-els-conflictes-contingut-daprenentatge/continguts-daprenentatge-primaria/i1_cp_bb_cs" TargetMode="External"/><Relationship Id="rId65" Type="http://schemas.openxmlformats.org/officeDocument/2006/relationships/hyperlink" Target="https://www.transformarelmon-guia.edualter.org/ca/orientacions-pedagogiques/cultura-de-pau/bloc-b-estrategies-personals-i-col-lectives-per-transformar-els-conflictes/estrategies-personals-i-col-lectives-per-transformar-els-conflictes-contingut-daprenentatge/continguts-daprenentatge-secundaria/i1_cp_bb_s1s2" TargetMode="External"/><Relationship Id="rId66" Type="http://schemas.openxmlformats.org/officeDocument/2006/relationships/hyperlink" Target="https://www.transformarelmon-guia.edualter.org/ca/orientacions-pedagogiques/cultura-de-pau/bloc-b-estrategies-personals-i-col-lectives-per-transformar-els-conflictes/estrategies-personals-i-col-lectives-per-transformar-els-conflictes-contingut-daprenentatge/continguts-daprenentatge-secundaria/i1_cp_bb_s3s4" TargetMode="External"/><Relationship Id="rId67" Type="http://schemas.openxmlformats.org/officeDocument/2006/relationships/hyperlink" Target="https://www.transformarelmon-guia.edualter.org/ca/orientacions-pedagogiques/cultura-de-pau/bloc-c-models-i-propostes-per-aconseguir-la-cultura-de-pau/models-i-propostes-per-aconseguir-la-cultura-de-pau-contingut-daprenentatge/continguts-daprenentatge-primaria/i5_cp_bc_ci" TargetMode="External"/><Relationship Id="rId68" Type="http://schemas.openxmlformats.org/officeDocument/2006/relationships/hyperlink" Target="https://www.transformarelmon-guia.edualter.org/ca/orientacions-pedagogiques/cultura-de-pau/bloc-c-models-i-propostes-per-aconseguir-la-cultura-de-pau/models-i-propostes-per-aconseguir-la-cultura-de-pau-contingut-daprenentatge/continguts-daprenentatge-primaria/i5_cp_bc_cm" TargetMode="External"/><Relationship Id="rId69" Type="http://schemas.openxmlformats.org/officeDocument/2006/relationships/hyperlink" Target="https://www.transformarelmon-guia.edualter.org/ca/orientacions-pedagogiques/cultura-de-pau/bloc-c-models-i-propostes-per-aconseguir-la-cultura-de-pau/models-i-propostes-per-aconseguir-la-cultura-de-pau-contingut-daprenentatge/continguts-daprenentatge-primaria/i5_cp_bc_cs" TargetMode="External"/><Relationship Id="rId70" Type="http://schemas.openxmlformats.org/officeDocument/2006/relationships/hyperlink" Target="https://www.transformarelmon-guia.edualter.org/ca/orientacions-pedagogiques/cultura-de-pau/bloc-c-models-i-propostes-per-aconseguir-la-cultura-de-pau/models-i-propostes-per-aconseguir-la-cultura-de-pau-contingut-daprenentatge/continguts-daprenentatge-secundaria/i5_cp_bc_s1s2" TargetMode="External"/><Relationship Id="rId71" Type="http://schemas.openxmlformats.org/officeDocument/2006/relationships/hyperlink" Target="https://www.transformarelmon-guia.edualter.org/ca/orientacions-pedagogiques/cultura-de-pau/bloc-c-models-i-propostes-per-aconseguir-la-cultura-de-pau/models-i-propostes-per-aconseguir-la-cultura-de-pau-contingut-daprenentatge/continguts-daprenentatge-secundaria/i5_cp_bc_s3s4" TargetMode="External"/><Relationship Id="rId72" Type="http://schemas.openxmlformats.org/officeDocument/2006/relationships/hyperlink" Target="https://www.transformarelmon-guia.edualter.org/ca/orientacions-pedagogiques/drets-humans-ciutadania-i-governanca/bloc-c-participacio-democratica-i-ciutadania/participacio-democratica-i-ciutadania-contingut-daprenentatge/contingut-daprenentatge-primaria/i2_ddhh_bc_cm" TargetMode="External"/><Relationship Id="rId73" Type="http://schemas.openxmlformats.org/officeDocument/2006/relationships/hyperlink" Target="https://www.transformarelmon-guia.edualter.org/ca/orientacions-pedagogiques/enfocament-de-genere/pluralitat-didentitats-de-genere-identitats-sexuals-i-opcions-afectivosexuals/pluralitat-didentitats-de-genere-identitats-sexuals-i-opcions-afectivosexuals-contingut-daprenentatge/contingut-daprenentatge-primaria/i1_gen_bb_ci" TargetMode="External"/><Relationship Id="rId74" Type="http://schemas.openxmlformats.org/officeDocument/2006/relationships/hyperlink" Target="https://www.transformarelmon-guia.edualter.org/ca/orientacions-pedagogiques/drets-humans-ciutadania-i-governanca/bloc-c-participacio-democratica-i-ciutadania/participacio-democratica-i-ciutadania-contingut-daprenentatge/contingut-daprenentatge-primaria/i1_ddhh_bc_cs" TargetMode="External"/><Relationship Id="rId75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primaria/i1_int_ba_ci" TargetMode="External"/><Relationship Id="rId76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primaria/i2_int_ba_ci" TargetMode="External"/><Relationship Id="rId77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primaria/i3_int_ba_ci" TargetMode="External"/><Relationship Id="rId78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primaria/i4_int_ba_ci" TargetMode="External"/><Relationship Id="rId79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primaria/i2_int_ba_cm" TargetMode="External"/><Relationship Id="rId80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primaria/i3_int_ba_cm" TargetMode="External"/><Relationship Id="rId81" Type="http://schemas.openxmlformats.org/officeDocument/2006/relationships/hyperlink" Target="https://www.transformarelmon-guia.edualter.org/ca/orientacions-pedagogiques/interculturalitat/bloc-a-cultura-diversitat-cultural-i-identitat/cultura-diversitat-cultural-i-identitat-contingut-daprenentatge/contingut-daprenentatge-primaria/i3_int_ba_cs" TargetMode="External"/><Relationship Id="rId82" Type="http://schemas.openxmlformats.org/officeDocument/2006/relationships/hyperlink" Target="https://www.transformarelmon-guia.edualter.org/ca/instruments/portafoli1" TargetMode="External"/><Relationship Id="rId83" Type="http://schemas.openxmlformats.org/officeDocument/2006/relationships/hyperlink" Target="https://www.transformarelmon-guia.edualter.org/ca/orientacions-pedagogiques/enfocament-de-genere/masculinitats-i-feminitats/masculinitats-i-feminitats-contingut-daprenentatge/contingut-daprenentatge-secundaria/i2_gen_ba_s3s4" TargetMode="External"/><Relationship Id="rId84" Type="http://schemas.openxmlformats.org/officeDocument/2006/relationships/hyperlink" Target="https://www.transformarelmon-guia.edualter.org/ca/orientacions-pedagogiques/enfocament-de-genere/masculinitats-i-feminitats/masculinitats-i-feminitats-contingut-daprenentatge/contingut-daprenentatge-secundaria/i3_gen_ba_s3s4" TargetMode="External"/><Relationship Id="rId85" Type="http://schemas.openxmlformats.org/officeDocument/2006/relationships/hyperlink" Target="https://www.transformarelmon-guia.edualter.org/ca/orientacions-pedagogiques/enfocament-de-genere/masculinitats-i-feminitats/masculinitats-i-feminitats-contingut-daprenentatge/contingut-daprenentatge-secundaria/i4_gen_ba_s3s4" TargetMode="External"/><Relationship Id="rId86" Type="http://schemas.openxmlformats.org/officeDocument/2006/relationships/hyperlink" Target="https://www.transformarelmon-guia.edualter.org/ca/orientacions-pedagogiques/enfocament-de-genere/masculinitats-i-feminitats/masculinitats-i-feminitats-contingut-daprenentatge/contingut-daprenentatge-secundaria/i5_gen_ba_s3s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