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sobre 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empatia pel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maneres de viure i formes d’organització social en les imatges i els objectes; percepció</w:t>
        <w:br/>
        <w:br/>
        <w:br/>
        <w:t>i comprensió d’algunes idees, valors o creences que desvetllen els objectes i les imatges; apreciació</w:t>
        <w:br/>
        <w:br/>
        <w:br/>
        <w:t>de la relació de l’entorn cultural i els aspectes personals dels artistes i de les artistes en la creació</w:t>
        <w:br/>
        <w:br/>
        <w:br/>
        <w:t>d’objectes i imatges.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paper de les dones com a subjectes individuals o col·lectius de la història al llarg del</w:t>
        <w:br/>
        <w:br/>
        <w:br/>
        <w:t>temps i valoració de la seva aportació al patrimoni i a la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www.transformarelmon-guia.edualter.org/ca/instruments/carpeta-daprenentatge" TargetMode="External"/><Relationship Id="rId156" Type="http://schemas.openxmlformats.org/officeDocument/2006/relationships/hyperlink" Target="https://www.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