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Presentació dels conceptes de drets i deures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S'introdueixen als conceptes de drets i deures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5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1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52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53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54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55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6">
        <w:r>
          <w:rPr/>
          <w:t>Defensa del conflicte com a oportunitat de canvi social</w:t>
        </w:r>
      </w:hyperlink>
    </w:p>
    <w:p>
      <w:pPr>
        <w:pStyle w:val="Link4"/>
      </w:pPr>
      <w:hyperlink r:id="rId57">
        <w:r>
          <w:rPr/>
          <w:t xml:space="preserve">Coneixement de les normes de l’aula </w:t>
        </w:r>
      </w:hyperlink>
    </w:p>
    <w:p>
      <w:pPr>
        <w:pStyle w:val="Link4"/>
      </w:pPr>
      <w:hyperlink r:id="rId58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59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60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61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62">
        <w:r>
          <w:rPr/>
          <w:t>Obertura als arguments de les altres persones</w:t>
        </w:r>
      </w:hyperlink>
    </w:p>
    <w:p>
      <w:pPr>
        <w:pStyle w:val="Link4"/>
      </w:pPr>
      <w:hyperlink r:id="rId63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64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65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66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67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9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70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71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72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73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74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75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76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77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78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79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0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Descoberta de les formes d’organització de l’escola i de l’entorn proper, valorant la importància de</w:t>
        <w:br/>
        <w:br/>
        <w:br/>
        <w:t>la convivència. Reconeixement dels drets i deures de les persones del grup, així com la importància</w:t>
        <w:br/>
        <w:br/>
        <w:br/>
        <w:t>del diàleg en la resolució de conflictes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81">
        <w:r>
          <w:rPr/>
          <w:t>Reconeixement dels drets i deures propis i dels de les altres persones de l'entorn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82">
        <w:r>
          <w:rPr/>
          <w:t>Presentació de diferents drets humans vinculats a la realitat propera de l'alumnat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83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4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5">
        <w:r>
          <w:rPr/>
          <w:t>Observació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www.transformarelmon-guia.edualter.org/ca/instruments/diari-daula" TargetMode="External"/><Relationship Id="rId4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5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5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5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5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5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5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5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5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5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6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6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6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6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6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6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6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6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6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6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7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7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7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7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7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7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7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7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7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79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80" Type="http://schemas.openxmlformats.org/officeDocument/2006/relationships/hyperlink" Target="https://www.transformarelmon-guia.edualter.org/ca/instruments/observacio-dactituds" TargetMode="External"/><Relationship Id="rId8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m" TargetMode="External"/><Relationship Id="rId8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i" TargetMode="External"/><Relationship Id="rId8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8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i" TargetMode="External"/><Relationship Id="rId8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