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les alternatives al militarisme, a la despesa militar, les guerres i a les formes de violència en general, properes i globals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alternatives al militarisme, a la despesa militar, les guerres i a les formes de violència en general, properes i globals.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0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www.transformarelmon-guia.edualter.org/ca/instruments/carpeta-daprenentatge" TargetMode="External"/><Relationship Id="rId1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1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