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Respecte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Respecten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Estratègies personals i col·lectives per transformar els conflictes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