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CONTINGUTS D'APRENENTATGE SECUNDÀRIA</w:t>
      </w:r>
    </w:p>
    <w:p/>
    <w:p>
      <w:pPr>
        <w:pStyle w:val="Title"/>
      </w:pPr>
      <w:r>
        <w:t>Anàlisi del procés, dels actors implicats, de les postures i de les necessitats de cada part en un conflicte interpersonal, social o internacional, des de la complexitat</w:t>
      </w:r>
    </w:p>
    <w:p/>
    <w:p>
      <w:pPr>
        <w:pStyle w:val="Heading1"/>
      </w:pPr>
      <w:r>
        <w:t>OBJECTIU EIX</w:t>
      </w:r>
    </w:p>
    <w:p>
      <w:pPr/>
      <w:r>
        <w:t>L’alumnat ha de ser competent en eradicar totes les formes de violència i promoure la pau positiva mitjançant l’anàlisi dels factors de violència i de pau, i la posada en pràctica dels procediments de transformació creativa dels conflictes.</w:t>
      </w:r>
    </w:p>
    <w:p/>
    <w:p>
      <w:pPr>
        <w:pStyle w:val="Heading1"/>
      </w:pPr>
      <w:r>
        <w:t>OBJECTIU BLOC</w:t>
      </w:r>
    </w:p>
    <w:p>
      <w:pPr/>
      <w:r>
        <w:t>L’alumnat ha de ser competent en reflexionar críticament sobre causes i conseqüències de diferents tipus de violència, mitjançant la valoració crítica del conflicte com a oportunitat de canvi social, amb l’objectiu de frenar la violència en totes les seves formes.</w:t>
      </w:r>
    </w:p>
    <w:p/>
    <w:p>
      <w:pPr>
        <w:pStyle w:val="Heading1"/>
      </w:pPr>
      <w:r>
        <w:t>CRITERI D'AVALUACIÓ</w:t>
      </w:r>
    </w:p>
    <w:p>
      <w:pPr/>
      <w:r>
        <w:t>Identifiquen els aspectes més rellevants del procés, dels actors implicats, de les postures i de les necessitats de cada part en un conflicte interpersonal, social o internacional, des de la complexitat.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Pau i Noviolència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P Anàlisi de la realitat en l'àmbit de la pau i la violència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Secundària Obligatòria (ESO)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Primer i segon d’ESO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Anàlisi crítica de conflictes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Es presenten temes personals o socials trets de la realitat quotidiana que impliquen conflictes, perquè s’exposin les raons que tenen les persones que hi estan implicades, s’analitzin les conductes i s’adoptin vies o mecanismes per intentar millorar la situació conflictiva. Aquesta tècnica obliga a l’alumnat a elaborar els seus propis arguments i exposar les seves actituds davant situacions reals. És interessant donar importància a situacions de conflicte interpersonal o social properes a la realitat escolar i avançar progressivament a situacions més llunyanes.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QUINS EIXOS TEMÀTICS PENSES QUE POT CONTRIBUIR A TREBALLAR DE FORMA MÉS ESPECÍFICA AQUESTA TÈCNICA?</w:t>
      </w:r>
    </w:p>
    <w:p>
      <w:pPr>
        <w:pStyle w:val="ListBullet2"/>
      </w:pPr>
      <w:r>
        <w:t>Gènere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10">
        <w:r>
          <w:rPr/>
          <w:t>Aprofundiment en els comportaments i actituds discriminatòries en diferents àmbits de la vida</w:t>
        </w:r>
      </w:hyperlink>
    </w:p>
    <w:p>
      <w:pPr>
        <w:pStyle w:val="Link4"/>
      </w:pPr>
      <w:hyperlink r:id="rId11">
        <w:r>
          <w:rPr/>
          <w:t>Assumpció de l’ús de diferents actituds cooperatives, solidàries i crítiques davant de situacions de discriminació per motiu de gènere, sexe i opció afectivasexual</w:t>
        </w:r>
      </w:hyperlink>
    </w:p>
    <w:p>
      <w:pPr>
        <w:pStyle w:val="Link4"/>
      </w:pPr>
      <w:hyperlink r:id="rId12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13">
        <w:r>
          <w:rPr/>
          <w:t>Manifestació d’actituds cooperatives, solidàries i crítiques davant de situacions de discriminació per motiu de gènere, sexe i opció afectivasexual</w:t>
        </w:r>
      </w:hyperlink>
    </w:p>
    <w:p>
      <w:pPr>
        <w:pStyle w:val="Link4"/>
      </w:pPr>
      <w:hyperlink r:id="rId14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15">
        <w:r>
          <w:rPr/>
          <w:t>Presentació a les diferents formes de violència directa (física, verbal i psicològica) en les relacions interpersonals</w:t>
        </w:r>
      </w:hyperlink>
    </w:p>
    <w:p>
      <w:pPr>
        <w:pStyle w:val="Link4"/>
      </w:pPr>
      <w:hyperlink r:id="rId16">
        <w:r>
          <w:rPr/>
          <w:t>Expressió del rebuig a la violència directa (física, verbal i psicològica) en les relacions interpersonals</w:t>
        </w:r>
      </w:hyperlink>
    </w:p>
    <w:p>
      <w:pPr>
        <w:pStyle w:val="Link4"/>
      </w:pPr>
      <w:hyperlink r:id="rId17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18">
        <w:r>
          <w:rPr/>
          <w:t xml:space="preserve">Anàlisi del procés d’un conflicte interpersonal </w:t>
        </w:r>
      </w:hyperlink>
    </w:p>
    <w:p>
      <w:pPr>
        <w:pStyle w:val="Link4"/>
      </w:pPr>
      <w:hyperlink r:id="rId19">
        <w:r>
          <w:rPr/>
          <w:t>Identificació dels diferents tipus de violència directa (verbal, física, psicològica) en les relacions interpersonals i l’entorn proper</w:t>
        </w:r>
      </w:hyperlink>
    </w:p>
    <w:p>
      <w:pPr>
        <w:pStyle w:val="Link4"/>
      </w:pPr>
      <w:hyperlink r:id="rId20">
        <w:r>
          <w:rPr/>
          <w:t>Capacitat de canalitzar la violència directa pròpia  (física, verbal i psicològica) en les relacions interpersonals</w:t>
        </w:r>
      </w:hyperlink>
    </w:p>
    <w:p>
      <w:pPr>
        <w:pStyle w:val="Link4"/>
      </w:pPr>
      <w:hyperlink r:id="rId21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22">
        <w:r>
          <w:rPr/>
          <w:t>Anàlisi del procés i dels actors implicats en un conflicte interpersonal o local</w:t>
        </w:r>
      </w:hyperlink>
    </w:p>
    <w:p>
      <w:pPr>
        <w:pStyle w:val="Link4"/>
      </w:pPr>
      <w:hyperlink r:id="rId23">
        <w:r>
          <w:rPr/>
          <w:t>Valoració crítica dels diferents tipus de violència (directa (física, verbal, psicològica), estructural i cultural) en les relacions interpersonals i l’entorn proper</w:t>
        </w:r>
      </w:hyperlink>
    </w:p>
    <w:p>
      <w:pPr>
        <w:pStyle w:val="Link4"/>
      </w:pPr>
      <w:hyperlink r:id="rId24">
        <w:r>
          <w:rPr/>
          <w:t>Capacitat de frenar la violència directa (física, verbal i psicològica) d’altres persones en les relacions interpersonals</w:t>
        </w:r>
      </w:hyperlink>
    </w:p>
    <w:p>
      <w:pPr>
        <w:pStyle w:val="Link4"/>
      </w:pPr>
      <w:hyperlink r:id="rId25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26">
        <w:r>
          <w:rPr/>
          <w:t>Anàlisi del procés, dels actors implicats, i de les postures de cada part en un conflicte interpersonal o local</w:t>
        </w:r>
      </w:hyperlink>
    </w:p>
    <w:p>
      <w:pPr>
        <w:pStyle w:val="Link4"/>
      </w:pPr>
      <w:hyperlink r:id="rId27">
        <w:r>
          <w:rPr/>
          <w:t>Anàlisi de les causes i les conseqüències de la violència (directa, estructural i cultural) en les relacions interpersonals, socials i mundials</w:t>
        </w:r>
      </w:hyperlink>
    </w:p>
    <w:p>
      <w:pPr>
        <w:pStyle w:val="Link4"/>
      </w:pPr>
      <w:hyperlink r:id="rId28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29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30">
        <w:r>
          <w:rPr/>
          <w:t>Anàlisi del procés, dels actors implicats, de les postures i de les necessitats de cada part en un conflicte interpersonal, social o internacional, des de la complexitat</w:t>
        </w:r>
      </w:hyperlink>
    </w:p>
    <w:p>
      <w:pPr>
        <w:pStyle w:val="Link4"/>
      </w:pPr>
      <w:hyperlink r:id="rId31">
        <w:r>
          <w:rPr/>
          <w:t>Reflexió crítica sobre causes i conseqüències dels diferents tipus de violència (directa, estructural i cultural) en les relacions interpersonals, socials i mundials</w:t>
        </w:r>
      </w:hyperlink>
    </w:p>
    <w:p>
      <w:pPr>
        <w:pStyle w:val="Link4"/>
      </w:pPr>
      <w:hyperlink r:id="rId32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33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34">
        <w:r>
          <w:rPr/>
          <w:t>Anàlisi crítica del procés, dels actors i de les necessitats en els conflictes interpersonals, socials o internacionals, de les seves causes i conseqüències des de la complexitat, capaç de destriar críticament la informació i de superar una visió simplista del món</w:t>
        </w:r>
      </w:hyperlink>
    </w:p>
    <w:p>
      <w:pPr>
        <w:pStyle w:val="Link4"/>
      </w:pPr>
      <w:hyperlink r:id="rId35">
        <w:r>
          <w:rPr/>
          <w:t>Identificació de les fases del conflicte (abans, durant o després de la crisi)</w:t>
        </w:r>
      </w:hyperlink>
    </w:p>
    <w:p>
      <w:pPr>
        <w:pStyle w:val="Link4"/>
      </w:pPr>
      <w:hyperlink r:id="rId36">
        <w:r>
          <w:rPr/>
          <w:t>Detecció de situacions de conflicte on estan implicades</w:t>
        </w:r>
      </w:hyperlink>
    </w:p>
    <w:p>
      <w:pPr>
        <w:pStyle w:val="Link4"/>
      </w:pPr>
      <w:hyperlink r:id="rId37">
        <w:r>
          <w:rPr/>
          <w:t>Introducció als mecanismes de transformació de conflictes en funció de la fase en la que es troba el conflicte</w:t>
        </w:r>
      </w:hyperlink>
    </w:p>
    <w:p>
      <w:pPr>
        <w:pStyle w:val="Link4"/>
      </w:pPr>
      <w:hyperlink r:id="rId38">
        <w:r>
          <w:rPr/>
          <w:t>Predisposició a implicar-se en la transformació del conflicte en el que estan implicades</w:t>
        </w:r>
      </w:hyperlink>
    </w:p>
    <w:p>
      <w:pPr>
        <w:pStyle w:val="Link4"/>
      </w:pPr>
      <w:hyperlink r:id="rId39">
        <w:r>
          <w:rPr/>
          <w:t>Coneixement dels mecanismes de transformació de conflictes (provenció, normes de grup, anàlisi i negociació, mediació, reparació) en funció de la fase en la que es troba el conflicte</w:t>
        </w:r>
      </w:hyperlink>
    </w:p>
    <w:p>
      <w:pPr>
        <w:pStyle w:val="Link4"/>
      </w:pPr>
      <w:hyperlink r:id="rId40">
        <w:r>
          <w:rPr/>
          <w:t>Indagació de tot tipus d’accions que contribueixin a transformar el conflicte en el que estan implicades</w:t>
        </w:r>
      </w:hyperlink>
    </w:p>
    <w:p>
      <w:pPr>
        <w:pStyle w:val="Link4"/>
      </w:pPr>
      <w:hyperlink r:id="rId41">
        <w:r>
          <w:rPr/>
          <w:t>Capacitat d’aplicar  mecanismes de transformació de conflictes corresponent en funció de la fase en la qual es troba el conflicte</w:t>
        </w:r>
      </w:hyperlink>
    </w:p>
    <w:p>
      <w:pPr>
        <w:pStyle w:val="Link4"/>
      </w:pPr>
      <w:hyperlink r:id="rId42">
        <w:r>
          <w:rPr/>
          <w:t>Implicació en tot tipus d’accions personals i col•lectives que contribueixin a transformar els conflictes de forma noviolenta en l’entorn proper i llunyà</w:t>
        </w:r>
      </w:hyperlink>
    </w:p>
    <w:p>
      <w:pPr>
        <w:pStyle w:val="Link4"/>
      </w:pPr>
      <w:hyperlink r:id="rId43">
        <w:r>
          <w:rPr/>
          <w:t>Capacitat d’aplicar amb destresa els mecanismes de transformació de conflictes corresponent en funció de la fase en la qual es troba el conflicte</w:t>
        </w:r>
      </w:hyperlink>
    </w:p>
    <w:p>
      <w:pPr>
        <w:pStyle w:val="Link4"/>
      </w:pPr>
      <w:hyperlink r:id="rId44">
        <w:r>
          <w:rPr/>
          <w:t>Defensa i promoció de tot tipus d’accions personals i col•lectives que contribueixin a transformar els conflictes de forma noviolenta, tant en l’entorn proper com llunyà</w:t>
        </w:r>
      </w:hyperlink>
    </w:p>
    <w:p>
      <w:pPr>
        <w:pStyle w:val="Link4"/>
      </w:pPr>
      <w:hyperlink r:id="rId45">
        <w:r>
          <w:rPr/>
          <w:t>Reconeixement de diferents  situacions de marginació, discriminació, injustícia i violació de drets fonamentals en l’entorn proper</w:t>
        </w:r>
      </w:hyperlink>
    </w:p>
    <w:p>
      <w:pPr>
        <w:pStyle w:val="Link4"/>
      </w:pPr>
      <w:hyperlink r:id="rId46">
        <w:r>
          <w:rPr/>
          <w:t>Reconeixement i exercici de diferents formes de mobilització social per a la defensa i reivindicació de drets en situacions de vulnerabilitat social en l'entorn proper (escola, barri, municipi...)</w:t>
        </w:r>
      </w:hyperlink>
    </w:p>
    <w:p>
      <w:pPr>
        <w:pStyle w:val="Link4"/>
      </w:pPr>
      <w:hyperlink r:id="rId47">
        <w:r>
          <w:rPr/>
          <w:t>Identificació i reflexió al voltant de les diferents situacions de violació dels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48">
        <w:r>
          <w:rPr/>
          <w:t>Indagació de tot tipus d'accions que contribueixin a eradicar les situacions de marginació, discriminació, injustícia i violació de drets fonamentals en l’entorn proper</w:t>
        </w:r>
      </w:hyperlink>
    </w:p>
    <w:p>
      <w:pPr>
        <w:pStyle w:val="Link4"/>
      </w:pPr>
      <w:hyperlink r:id="rId49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nk4"/>
      </w:pPr>
      <w:hyperlink r:id="rId50">
        <w:r>
          <w:rPr/>
          <w:t>Identificació de la necessitat de prendre decisions de forma autònoma</w:t>
        </w:r>
      </w:hyperlink>
    </w:p>
    <w:p>
      <w:pPr>
        <w:pStyle w:val="Link4"/>
      </w:pPr>
      <w:hyperlink r:id="rId51">
        <w:r>
          <w:rPr/>
          <w:t>Valoració de les responsabilitats i les conseqüències que es deriven de les pròpies decisions</w:t>
        </w:r>
      </w:hyperlink>
    </w:p>
    <w:p>
      <w:pPr>
        <w:pStyle w:val="Link4"/>
      </w:pPr>
      <w:hyperlink r:id="rId52">
        <w:r>
          <w:rPr/>
          <w:t>Anàlisi  crítica del procés de construcció i respecte de les diferents normes de convivència democràtica del centre, la família i l’entorn proper en base als criteris de consens i dissens</w:t>
        </w:r>
      </w:hyperlink>
    </w:p>
    <w:p>
      <w:pPr>
        <w:pStyle w:val="Link4"/>
      </w:pPr>
      <w:hyperlink r:id="rId53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54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55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56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57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58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59">
        <w:r>
          <w:rPr/>
          <w:t>Identificació de situacions de discriminació, exclusió, dominació  o violència envers persones i grups per motiu del seu origen o pertinença en diferents àmbits relacionals de l'alumnat</w:t>
        </w:r>
      </w:hyperlink>
    </w:p>
    <w:p>
      <w:pPr>
        <w:pStyle w:val="Link4"/>
      </w:pPr>
      <w:hyperlink r:id="rId60">
        <w:r>
          <w:rPr/>
          <w:t>Reflexió i posicionament en relació als estereotips i prejudicis presents a l'aula i en els diferents àmbits relacionals de l'alumnat envers persones i col.lectius d’orígens culturals diversos</w:t>
        </w:r>
      </w:hyperlink>
    </w:p>
    <w:p>
      <w:pPr>
        <w:pStyle w:val="Link4"/>
      </w:pPr>
      <w:hyperlink r:id="rId61">
        <w:r>
          <w:rPr/>
          <w:t>Anàlisi crítica i rebuig dels estereotips i prejudicis presents a l'aula i en els diferents àmbits relacionals de l'alumnat envers persones i col.lectius d'orígens culturals diversos</w:t>
        </w:r>
      </w:hyperlink>
    </w:p>
    <w:p>
      <w:pPr>
        <w:pStyle w:val="Link4"/>
      </w:pPr>
      <w:hyperlink r:id="rId62">
        <w:r>
          <w:rPr/>
          <w:t>Anàlisi i valoració crítica de les actituds i comportaments etnocèntrics, xenòfobs i racistes que generen situacions de  discriminació, exclusió, dominació o violència envers persones o grups per motiu del seu origen o pertinença al llarg de la història i en l’actualitat</w:t>
        </w:r>
      </w:hyperlink>
    </w:p>
    <w:p>
      <w:pPr>
        <w:pStyle w:val="Link4"/>
      </w:pPr>
      <w:hyperlink r:id="rId63">
        <w:r>
          <w:rPr/>
          <w:t>Reflexió crítica i  deconstrucció dels estereotips  i prejudicis presents a l'aula i en els diferents àmbits relacionals de l'alumnat envers persones i col•lectius d’orígens culturals diversos</w:t>
        </w:r>
      </w:hyperlink>
    </w:p>
    <w:p>
      <w:pPr>
        <w:pStyle w:val="Link4"/>
      </w:pPr>
      <w:hyperlink r:id="rId64">
        <w:r>
          <w:rPr/>
          <w:t>Posicionament crític i rebuig d'actituds i comportaments etnocèntrics, xenòfobs i racistes que generen situacions de discriminació, exclusió, dominació o violència envers persones o grups per motius d’origen o pertinença al llarg de la història i en l’actualitat</w:t>
        </w:r>
      </w:hyperlink>
    </w:p>
    <w:p>
      <w:pPr>
        <w:pStyle w:val="Link4"/>
      </w:pPr>
      <w:hyperlink r:id="rId65">
        <w:r>
          <w:rPr/>
          <w:t>Valoració crítica i aplicació de diferents eines, mecanismes i recursos per detectar i prevenir comportaments i/o situacions de discriminació, exclusió, dominació o violència envers les persones i grups per motiu del seu origen o pertinença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66">
        <w:r>
          <w:rPr/>
          <w:t>Observació d'actituds</w:t>
        </w:r>
      </w:hyperlink>
    </w:p>
    <w:p>
      <w:pPr>
        <w:pStyle w:val="Link4"/>
      </w:pPr>
      <w:hyperlink r:id="rId67">
        <w:r>
          <w:rPr/>
          <w:t>Rúbrica Perspeciva Feminista</w:t>
        </w:r>
      </w:hyperlink>
    </w:p>
    <w:p/>
    <w:p>
      <w:pPr>
        <w:pStyle w:val="Heading3"/>
      </w:pPr>
      <w:r>
        <w:t>Joc de rol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joc de rol consisteix en fer que un o més alumnes representin una situació real segons els papers que amb anterioritat s’han assignat. D’aquesta forma els participants poden analitzar els seus comportaments i el dels seus companys ajudant-los a adquirir, desenvolupar i/o inhibir certes competències. Ajuda a l’alumnat a comprendre aquestes situacions reals que per no viscudes s’havien considerat com a inexplicables.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68">
        <w:r>
          <w:rPr/>
          <w:t>Introducció a les principals semblances i diferències de gènere com a element enriquidor de les relacions interpersonals.</w:t>
        </w:r>
      </w:hyperlink>
    </w:p>
    <w:p>
      <w:pPr>
        <w:pStyle w:val="Link4"/>
      </w:pPr>
      <w:hyperlink r:id="rId69">
        <w:r>
          <w:rPr/>
          <w:t>Percepció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70">
        <w:r>
          <w:rPr/>
          <w:t>Interès per conèixer el paper de la dona i els saber femenins al llarg de la història com a motor de canvi i transformació social.</w:t>
        </w:r>
      </w:hyperlink>
    </w:p>
    <w:p>
      <w:pPr>
        <w:pStyle w:val="Link4"/>
      </w:pPr>
      <w:hyperlink r:id="rId71">
        <w:r>
          <w:rPr/>
          <w:t>Presentació dels drets i deures individuals i col·lectius en qüestió de gènere.</w:t>
        </w:r>
      </w:hyperlink>
    </w:p>
    <w:p>
      <w:pPr>
        <w:pStyle w:val="Link4"/>
      </w:pPr>
      <w:hyperlink r:id="rId72">
        <w:r>
          <w:rPr/>
          <w:t>Interès per aprofundir en els diferents models de masculinitat i feminitat que es donen en les societats actuals.</w:t>
        </w:r>
      </w:hyperlink>
    </w:p>
    <w:p>
      <w:pPr>
        <w:pStyle w:val="Link4"/>
      </w:pPr>
      <w:hyperlink r:id="rId73">
        <w:r>
          <w:rPr/>
          <w:t>Identificació de les principals semblances i diferències de gènere com a element enriquidor de les relacions interpersonals.</w:t>
        </w:r>
      </w:hyperlink>
    </w:p>
    <w:p>
      <w:pPr>
        <w:pStyle w:val="Link4"/>
      </w:pPr>
      <w:hyperlink r:id="rId74">
        <w:r>
          <w:rPr/>
          <w:t>Identificació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75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76">
        <w:r>
          <w:rPr/>
          <w:t>Sensibilització en les semblances i  diferències de gènere com a element enriquidor de les relacions interpersonals.</w:t>
        </w:r>
      </w:hyperlink>
    </w:p>
    <w:p>
      <w:pPr>
        <w:pStyle w:val="Link4"/>
      </w:pPr>
      <w:hyperlink r:id="rId77">
        <w:r>
          <w:rPr/>
          <w:t>Aprofundiment de les princials situacions de desigualtat, injustícia i discriminació per motiu de gènere, sexe o opció afectivosexual.</w:t>
        </w:r>
      </w:hyperlink>
    </w:p>
    <w:p>
      <w:pPr>
        <w:pStyle w:val="Link4"/>
      </w:pPr>
      <w:hyperlink r:id="rId78">
        <w:r>
          <w:rPr/>
          <w:t>Sensibilització sobre el paper de la dona i els sabers femenins com a motor de canvi i transformació social.</w:t>
        </w:r>
      </w:hyperlink>
    </w:p>
    <w:p>
      <w:pPr>
        <w:pStyle w:val="Link4"/>
      </w:pPr>
      <w:hyperlink r:id="rId79">
        <w:r>
          <w:rPr/>
          <w:t>Valoració de les semblances i diferències de gènere com a element enriquidor de les relacions interpersonals.</w:t>
        </w:r>
      </w:hyperlink>
    </w:p>
    <w:p>
      <w:pPr>
        <w:pStyle w:val="Link4"/>
      </w:pPr>
      <w:hyperlink r:id="rId80">
        <w:r>
          <w:rPr/>
          <w:t>Percepció de les diferents identitats de gènere, identitats sexuals i opcions afectivasexuals</w:t>
        </w:r>
      </w:hyperlink>
    </w:p>
    <w:p>
      <w:pPr>
        <w:pStyle w:val="Link4"/>
      </w:pPr>
      <w:hyperlink r:id="rId81">
        <w:r>
          <w:rPr/>
          <w:t>Observació de diferents conductes i relacions interpersonals basades en el respecte, el diàleg i la igualtat</w:t>
        </w:r>
      </w:hyperlink>
    </w:p>
    <w:p>
      <w:pPr>
        <w:pStyle w:val="Link4"/>
      </w:pPr>
      <w:hyperlink r:id="rId82">
        <w:r>
          <w:rPr/>
          <w:t>Introducció a les causes (i les conseqüències) de l’existència de diferències i desigualtats socials per motiu de gènere, sexe i opció afectivasexual</w:t>
        </w:r>
      </w:hyperlink>
    </w:p>
    <w:p>
      <w:pPr>
        <w:pStyle w:val="Link4"/>
      </w:pPr>
      <w:hyperlink r:id="rId83">
        <w:r>
          <w:rPr/>
          <w:t>Pràctica de diferents conductes i relacions interpersonals basades en el respecte, el diàleg i la igualtat</w:t>
        </w:r>
      </w:hyperlink>
    </w:p>
    <w:p>
      <w:pPr>
        <w:pStyle w:val="Link4"/>
      </w:pPr>
      <w:hyperlink r:id="rId84">
        <w:r>
          <w:rPr/>
          <w:t>Sensibilització en les diferents identitats de gènere, identitats sexuals i opcions afectivosexuals</w:t>
        </w:r>
      </w:hyperlink>
    </w:p>
    <w:p>
      <w:pPr>
        <w:pStyle w:val="Link4"/>
      </w:pPr>
      <w:hyperlink r:id="rId9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85">
        <w:r>
          <w:rPr/>
          <w:t>Presentació de comportaments i actituds discriminatòries en diferents àmbits de la vida</w:t>
        </w:r>
      </w:hyperlink>
    </w:p>
    <w:p>
      <w:pPr>
        <w:pStyle w:val="Link4"/>
      </w:pPr>
      <w:hyperlink r:id="rId86">
        <w:r>
          <w:rPr/>
          <w:t>Pràctica d'actituds cooperatives, solidàries i crítiques davant situacions de discriminació per motiu de gènere, sexe i opció afectivasexual</w:t>
        </w:r>
      </w:hyperlink>
    </w:p>
    <w:p>
      <w:pPr>
        <w:pStyle w:val="Link4"/>
      </w:pPr>
      <w:hyperlink r:id="rId87">
        <w:r>
          <w:rPr/>
          <w:t>Identificació de comportaments i actituds discriminatòries en diferents àmbits de la vida</w:t>
        </w:r>
      </w:hyperlink>
    </w:p>
    <w:p>
      <w:pPr>
        <w:pStyle w:val="Link4"/>
      </w:pPr>
      <w:hyperlink r:id="rId88">
        <w:r>
          <w:rPr/>
          <w:t>Identificació i ús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89">
        <w:r>
          <w:rPr/>
          <w:t>Aprofundiment en 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90">
        <w:r>
          <w:rPr/>
          <w:t>Aprofundiment en la pràctica d’actituds cooperatives, solidàries i crítiques davant situacions de discriminació per motiu de gènere, sexe i opció afectivasexual.</w:t>
        </w:r>
      </w:hyperlink>
    </w:p>
    <w:p>
      <w:pPr>
        <w:pStyle w:val="Link4"/>
      </w:pPr>
      <w:hyperlink r:id="rId10">
        <w:r>
          <w:rPr/>
          <w:t>Aprofundiment en els comportaments i actituds discriminatòries en diferents àmbits de la vida</w:t>
        </w:r>
      </w:hyperlink>
    </w:p>
    <w:p>
      <w:pPr>
        <w:pStyle w:val="Link4"/>
      </w:pPr>
      <w:hyperlink r:id="rId91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12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92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14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16">
        <w:r>
          <w:rPr/>
          <w:t>Expressió del rebuig a la violència directa (física, verbal i psicològica) en les relacions interpersonals</w:t>
        </w:r>
      </w:hyperlink>
    </w:p>
    <w:p>
      <w:pPr>
        <w:pStyle w:val="Link4"/>
      </w:pPr>
      <w:hyperlink r:id="rId93">
        <w:r>
          <w:rPr/>
          <w:t>Valoració dels beneficis de trobar una sortida justa per resoldre els conflictes interpersonals</w:t>
        </w:r>
      </w:hyperlink>
    </w:p>
    <w:p>
      <w:pPr>
        <w:pStyle w:val="Link4"/>
      </w:pPr>
      <w:hyperlink r:id="rId20">
        <w:r>
          <w:rPr/>
          <w:t>Capacitat de canalitzar la violència directa pròpia  (física, verbal i psicològica) en les relacions interpersonals</w:t>
        </w:r>
      </w:hyperlink>
    </w:p>
    <w:p>
      <w:pPr>
        <w:pStyle w:val="Link4"/>
      </w:pPr>
      <w:hyperlink r:id="rId94">
        <w:r>
          <w:rPr/>
          <w:t>Valoració dels beneficis de trobar una sortida justa per resoldre els conflictes interpersonals i locals</w:t>
        </w:r>
      </w:hyperlink>
    </w:p>
    <w:p>
      <w:pPr>
        <w:pStyle w:val="Link4"/>
      </w:pPr>
      <w:hyperlink r:id="rId24">
        <w:r>
          <w:rPr/>
          <w:t>Capacitat de frenar la violència directa (física, verbal i psicològica) d’altres persones en les relacions interpersonals</w:t>
        </w:r>
      </w:hyperlink>
    </w:p>
    <w:p>
      <w:pPr>
        <w:pStyle w:val="Link4"/>
      </w:pPr>
      <w:hyperlink r:id="rId26">
        <w:r>
          <w:rPr/>
          <w:t>Anàlisi del procés, dels actors implicats, i de les postures de cada part en un conflicte interpersonal o local</w:t>
        </w:r>
      </w:hyperlink>
    </w:p>
    <w:p>
      <w:pPr>
        <w:pStyle w:val="Link4"/>
      </w:pPr>
      <w:hyperlink r:id="rId95">
        <w:r>
          <w:rPr/>
          <w:t>Valoració dels beneficis i els reptes de respectar el procés i de trobar una sortida justa per resoldre els conflictes interpersonals i locals</w:t>
        </w:r>
      </w:hyperlink>
    </w:p>
    <w:p>
      <w:pPr>
        <w:pStyle w:val="Link4"/>
      </w:pPr>
      <w:hyperlink r:id="rId28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30">
        <w:r>
          <w:rPr/>
          <w:t>Anàlisi del procés, dels actors implicats, de les postures i de les necessitats de cada part en un conflicte interpersonal, social o internacional, des de la complexitat</w:t>
        </w:r>
      </w:hyperlink>
    </w:p>
    <w:p>
      <w:pPr>
        <w:pStyle w:val="Link4"/>
      </w:pPr>
      <w:hyperlink r:id="rId96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32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34">
        <w:r>
          <w:rPr/>
          <w:t>Anàlisi crítica del procés, dels actors i de les necessitats en els conflictes interpersonals, socials o internacionals, de les seves causes i conseqüències des de la complexitat, capaç de destriar críticament la informació i de superar una visió simplista del món</w:t>
        </w:r>
      </w:hyperlink>
    </w:p>
    <w:p>
      <w:pPr>
        <w:pStyle w:val="Link4"/>
      </w:pPr>
      <w:hyperlink r:id="rId97">
        <w:r>
          <w:rPr/>
          <w:t>Defensa del conflicte com a oportunitat de canvi social</w:t>
        </w:r>
      </w:hyperlink>
    </w:p>
    <w:p>
      <w:pPr>
        <w:pStyle w:val="Link4"/>
      </w:pPr>
      <w:hyperlink r:id="rId43">
        <w:r>
          <w:rPr/>
          <w:t>Capacitat d’aplicar amb destresa els mecanismes de transformació de conflictes corresponent en funció de la fase en la qual es troba el conflicte</w:t>
        </w:r>
      </w:hyperlink>
    </w:p>
    <w:p>
      <w:pPr>
        <w:pStyle w:val="Link4"/>
      </w:pPr>
      <w:hyperlink r:id="rId98">
        <w:r>
          <w:rPr/>
          <w:t>Observació de diferents situacions de marginació, discriminació, injustícia i violació de drets fonamentals en l'entorn proper</w:t>
        </w:r>
      </w:hyperlink>
    </w:p>
    <w:p>
      <w:pPr>
        <w:pStyle w:val="Link4"/>
      </w:pPr>
      <w:hyperlink r:id="rId99">
        <w:r>
          <w:rPr/>
          <w:t>Introducció als diferents mecanismes  de defensa dels drets humans a partir d'exemples d'accions reivindicatives en l'entorn proper (manifestacions, vagues, campanyes...)</w:t>
        </w:r>
      </w:hyperlink>
    </w:p>
    <w:p>
      <w:pPr>
        <w:pStyle w:val="Link4"/>
      </w:pPr>
      <w:hyperlink r:id="rId100">
        <w:r>
          <w:rPr/>
          <w:t>Identificació d’hàbits i comportaments respectuosos amb el medi ambient, el territori i la naturalesa, i implementació de petites accions al respecte</w:t>
        </w:r>
      </w:hyperlink>
    </w:p>
    <w:p>
      <w:pPr>
        <w:pStyle w:val="Link4"/>
      </w:pPr>
      <w:hyperlink r:id="rId101">
        <w:r>
          <w:rPr/>
          <w:t>Presentació de les diferents cosmologies i cosmogonies, i la seva vinculació amb el medi ambient, el territori i la naturalesa.</w:t>
        </w:r>
      </w:hyperlink>
    </w:p>
    <w:p>
      <w:pPr>
        <w:pStyle w:val="Link4"/>
      </w:pPr>
      <w:hyperlink r:id="rId102">
        <w:r>
          <w:rPr/>
          <w:t>Presentació dels drets i deures individuals i col·lectius en qüestió mediambiental.</w:t>
        </w:r>
      </w:hyperlink>
    </w:p>
    <w:p>
      <w:pPr>
        <w:pStyle w:val="Link4"/>
      </w:pPr>
      <w:hyperlink r:id="rId103">
        <w:r>
          <w:rPr/>
          <w:t>Adquisició d’hàbits i comportaments respectuosos amb el medi ambient i l’entorn natural</w:t>
        </w:r>
      </w:hyperlink>
    </w:p>
    <w:p>
      <w:pPr>
        <w:pStyle w:val="Link4"/>
      </w:pPr>
      <w:hyperlink r:id="rId104">
        <w:r>
          <w:rPr/>
          <w:t>Identificació dels drets i deures individuals i col·lectius que garanteixin la protecció del mediambient.</w:t>
        </w:r>
      </w:hyperlink>
    </w:p>
    <w:p>
      <w:pPr>
        <w:pStyle w:val="Link4"/>
      </w:pPr>
      <w:hyperlink r:id="rId105">
        <w:r>
          <w:rPr/>
          <w:t>Argumentació i assumpció d’hàbits i comportaments respectuosos amb el medi ambient i l’entorn natural</w:t>
        </w:r>
      </w:hyperlink>
    </w:p>
    <w:p>
      <w:pPr>
        <w:pStyle w:val="Link4"/>
      </w:pPr>
      <w:hyperlink r:id="rId106">
        <w:r>
          <w:rPr/>
          <w:t>Observació i inici a la pràctica 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107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108">
        <w:r>
          <w:rPr/>
          <w:t>Assumpció de les conseqüències que tenen les pròpies accions sobre el medi natural, i de mesurar-ne l’impacte.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66">
        <w:r>
          <w:rPr/>
          <w:t>Observació d'actituds</w:t>
        </w:r>
      </w:hyperlink>
    </w:p>
    <w:p/>
    <w:p>
      <w:pPr>
        <w:pStyle w:val="Heading3"/>
      </w:pPr>
      <w:r>
        <w:t>Dinàmiques de grup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dinàmica de grups posa la seva atenció en el comportament de les persones en un grup i es proposa aprofundir en els factors que augmenten l’eficiència d’un grup o que poden contribuir a resoldre els problemes dintre del grup. Així, doncs, les dinàmiques de grup són el conjunt de mitjans, instruments i procediments que, aplicats al treball en grup, serveixen per desenvolupar la seva eficàcia, fer realitat les seves potencialitats, estimular l’acció i el funcionament del grup per aconseguir els propis objectius.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3">
        <w:r>
          <w:rPr/>
          <w:t>Valoració dels beneficis de trobar una sortida justa per resoldre els conflictes interpersonals</w:t>
        </w:r>
      </w:hyperlink>
    </w:p>
    <w:p>
      <w:pPr>
        <w:pStyle w:val="Link4"/>
      </w:pPr>
      <w:hyperlink r:id="rId94">
        <w:r>
          <w:rPr/>
          <w:t>Valoració dels beneficis de trobar una sortida justa per resoldre els conflictes interpersonals i locals</w:t>
        </w:r>
      </w:hyperlink>
    </w:p>
    <w:p>
      <w:pPr>
        <w:pStyle w:val="Link4"/>
      </w:pPr>
      <w:hyperlink r:id="rId26">
        <w:r>
          <w:rPr/>
          <w:t>Anàlisi del procés, dels actors implicats, i de les postures de cada part en un conflicte interpersonal o local</w:t>
        </w:r>
      </w:hyperlink>
    </w:p>
    <w:p>
      <w:pPr>
        <w:pStyle w:val="Link4"/>
      </w:pPr>
      <w:hyperlink r:id="rId95">
        <w:r>
          <w:rPr/>
          <w:t>Valoració dels beneficis i els reptes de respectar el procés i de trobar una sortida justa per resoldre els conflictes interpersonals i locals</w:t>
        </w:r>
      </w:hyperlink>
    </w:p>
    <w:p>
      <w:pPr>
        <w:pStyle w:val="Link4"/>
      </w:pPr>
      <w:hyperlink r:id="rId30">
        <w:r>
          <w:rPr/>
          <w:t>Anàlisi del procés, dels actors implicats, de les postures i de les necessitats de cada part en un conflicte interpersonal, social o internacional, des de la complexitat</w:t>
        </w:r>
      </w:hyperlink>
    </w:p>
    <w:p>
      <w:pPr>
        <w:pStyle w:val="Link4"/>
      </w:pPr>
      <w:hyperlink r:id="rId96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34">
        <w:r>
          <w:rPr/>
          <w:t>Anàlisi crítica del procés, dels actors i de les necessitats en els conflictes interpersonals, socials o internacionals, de les seves causes i conseqüències des de la complexitat, capaç de destriar críticament la informació i de superar una visió simplista del món</w:t>
        </w:r>
      </w:hyperlink>
    </w:p>
    <w:p>
      <w:pPr>
        <w:pStyle w:val="Link4"/>
      </w:pPr>
      <w:hyperlink r:id="rId97">
        <w:r>
          <w:rPr/>
          <w:t>Defensa del conflicte com a oportunitat de canvi social</w:t>
        </w:r>
      </w:hyperlink>
    </w:p>
    <w:p>
      <w:pPr>
        <w:pStyle w:val="Link4"/>
      </w:pPr>
      <w:hyperlink r:id="rId109">
        <w:r>
          <w:rPr/>
          <w:t>Introducció a les habilitats socials com a forma d’apoderament personal</w:t>
        </w:r>
      </w:hyperlink>
    </w:p>
    <w:p>
      <w:pPr>
        <w:pStyle w:val="Link4"/>
      </w:pPr>
      <w:hyperlink r:id="rId110">
        <w:r>
          <w:rPr/>
          <w:t>Introducció al reconeixement de les emocions primàries (enuig, alegria, por i tristesa): com em sento i com canalitzo els meus sentiments</w:t>
        </w:r>
      </w:hyperlink>
    </w:p>
    <w:p>
      <w:pPr>
        <w:pStyle w:val="Link4"/>
      </w:pPr>
      <w:hyperlink r:id="rId111">
        <w:r>
          <w:rPr/>
          <w:t>Coneixement de les principals habilitats socials com a forma d’apoderament personal</w:t>
        </w:r>
      </w:hyperlink>
    </w:p>
    <w:p>
      <w:pPr>
        <w:pStyle w:val="Link4"/>
      </w:pPr>
      <w:hyperlink r:id="rId112">
        <w:r>
          <w:rPr/>
          <w:t>Reconeixement de les pròpies emocions i de les necessitats que hi ha al darrera: què sento i què crec que em fa sentir així</w:t>
        </w:r>
      </w:hyperlink>
    </w:p>
    <w:p>
      <w:pPr>
        <w:pStyle w:val="Link4"/>
      </w:pPr>
      <w:hyperlink r:id="rId113">
        <w:r>
          <w:rPr/>
          <w:t>Capacitat de valorar les pròpies  habilitats socials que tenen més i menys desenvolupades com a forma d’apoderament personal</w:t>
        </w:r>
      </w:hyperlink>
    </w:p>
    <w:p>
      <w:pPr>
        <w:pStyle w:val="Link4"/>
      </w:pPr>
      <w:hyperlink r:id="rId114">
        <w:r>
          <w:rPr/>
          <w:t>Comunicació assertiva de les pròpies emocions, i empatia amb les emocions de les altres persones des de l‘estima cap a les altres persones</w:t>
        </w:r>
      </w:hyperlink>
    </w:p>
    <w:p>
      <w:pPr>
        <w:pStyle w:val="Link4"/>
      </w:pPr>
      <w:hyperlink r:id="rId115">
        <w:r>
          <w:rPr/>
          <w:t>Consciència de les passes a seguir per a reforçar les habilitats (i febleses) socials i apoderar-se</w:t>
        </w:r>
      </w:hyperlink>
    </w:p>
    <w:p>
      <w:pPr>
        <w:pStyle w:val="Link4"/>
      </w:pPr>
      <w:hyperlink r:id="rId116">
        <w:r>
          <w:rPr/>
          <w:t>Comprensió de les causes dels sentiments (necessitats) propis i aliens des de l‘estima cap a una mateixa i cap a les altres persones</w:t>
        </w:r>
      </w:hyperlink>
    </w:p>
    <w:p>
      <w:pPr>
        <w:pStyle w:val="Link4"/>
      </w:pPr>
      <w:hyperlink r:id="rId41">
        <w:r>
          <w:rPr/>
          <w:t>Capacitat d’aplicar  mecanismes de transformació de conflictes corresponent en funció de la fase en la qual es troba el conflicte</w:t>
        </w:r>
      </w:hyperlink>
    </w:p>
    <w:p>
      <w:pPr>
        <w:pStyle w:val="Link4"/>
      </w:pPr>
      <w:hyperlink r:id="rId117">
        <w:r>
          <w:rPr/>
          <w:t>Desenvolupament de les pròpies habilitats (i febleses) socials i capacitat d’autoavaluar per apoderar-se</w:t>
        </w:r>
      </w:hyperlink>
    </w:p>
    <w:p>
      <w:pPr>
        <w:pStyle w:val="Link4"/>
      </w:pPr>
      <w:hyperlink r:id="rId118">
        <w:r>
          <w:rPr/>
          <w:t>Comunicació  assertiva de les emocions i de les necessitats, de forma que mostri estima cap a una mateixa i cap a l’Altre (empatia)</w:t>
        </w:r>
      </w:hyperlink>
    </w:p>
    <w:p>
      <w:pPr>
        <w:pStyle w:val="Link4"/>
      </w:pPr>
      <w:hyperlink r:id="rId119">
        <w:r>
          <w:rPr/>
          <w:t>Interès i voluntat per  participar de forma responsable i compromesa en les  tasques escolars</w:t>
        </w:r>
      </w:hyperlink>
    </w:p>
    <w:p>
      <w:pPr>
        <w:pStyle w:val="Link4"/>
      </w:pPr>
      <w:hyperlink r:id="rId120">
        <w:r>
          <w:rPr/>
          <w:t>Presentació i pràctica de les diferents habilitats per a la comunicació i la convivència a l’aula</w:t>
        </w:r>
      </w:hyperlink>
    </w:p>
    <w:p>
      <w:pPr>
        <w:pStyle w:val="Link4"/>
      </w:pPr>
      <w:hyperlink r:id="rId121">
        <w:r>
          <w:rPr/>
          <w:t>Presentació i pràctica de les normes, i de la seva importància per a la convivència democràtica en els diferents àmbits relacionals</w:t>
        </w:r>
      </w:hyperlink>
    </w:p>
    <w:p>
      <w:pPr>
        <w:pStyle w:val="Link4"/>
      </w:pPr>
      <w:hyperlink r:id="rId122">
        <w:r>
          <w:rPr/>
          <w:t>Presentació i exercitació d’alguns mecanismes i vies de participació democràtica a l’aula</w:t>
        </w:r>
      </w:hyperlink>
    </w:p>
    <w:p>
      <w:pPr>
        <w:pStyle w:val="Link4"/>
      </w:pPr>
      <w:hyperlink r:id="rId123">
        <w:r>
          <w:rPr/>
          <w:t>Pràctica de les diferents habilitats per a la comunicació i la convivència a l’aula i al centre</w:t>
        </w:r>
      </w:hyperlink>
    </w:p>
    <w:p>
      <w:pPr>
        <w:pStyle w:val="Link4"/>
      </w:pPr>
      <w:hyperlink r:id="rId124">
        <w:r>
          <w:rPr/>
          <w:t>Identificació i pràctica de les diferents normes per a la  convivència democràtica al centre, la família i l’entorn proper</w:t>
        </w:r>
      </w:hyperlink>
    </w:p>
    <w:p>
      <w:pPr>
        <w:pStyle w:val="Link4"/>
      </w:pPr>
      <w:hyperlink r:id="rId125">
        <w:r>
          <w:rPr/>
          <w:t>Ús de les diferents habilitats per a la comunicació i la convivència a l’aula, al centre i a l’entorn proper</w:t>
        </w:r>
      </w:hyperlink>
    </w:p>
    <w:p>
      <w:pPr>
        <w:pStyle w:val="Link4"/>
      </w:pPr>
      <w:hyperlink r:id="rId126">
        <w:r>
          <w:rPr/>
          <w:t>Compromís en la construcció i el respecte de normes per a la  convivència democràtica en l’àmbit escolar, familiar i en l’entorn proper.</w:t>
        </w:r>
      </w:hyperlink>
    </w:p>
    <w:p>
      <w:pPr>
        <w:pStyle w:val="Link4"/>
      </w:pPr>
      <w:hyperlink r:id="rId127">
        <w:r>
          <w:rPr/>
          <w:t xml:space="preserve">Defensa i promoció d’habilitats per a la comunicació i la convivència que contribueixin a orientar les relacions interpersonals i intergrupals amb una perspectiva ètica tant en l’entorn proper com llunyà </w:t>
        </w:r>
      </w:hyperlink>
    </w:p>
    <w:p>
      <w:pPr>
        <w:pStyle w:val="Link4"/>
      </w:pPr>
      <w:hyperlink r:id="rId128">
        <w:r>
          <w:rPr/>
          <w:t>Identificació d’alguns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129">
        <w:r>
          <w:rPr/>
          <w:t>Observació de la diversitat de llengües, costums, valors, creences i formes de vida que es troben a l’aula i a l’escola, per tal d’aproximar-se i aprendre d’altres cultures</w:t>
        </w:r>
      </w:hyperlink>
    </w:p>
    <w:p>
      <w:pPr>
        <w:pStyle w:val="Link4"/>
      </w:pPr>
      <w:hyperlink r:id="rId130">
        <w:r>
          <w:rPr/>
          <w:t>Identificació d’alguns principis i valors fonamentals que constitueixen la base de la igualtat de drets i oportunitats per a totes les persones, independentment del seu origen o pertinença</w:t>
        </w:r>
      </w:hyperlink>
    </w:p>
    <w:p>
      <w:pPr>
        <w:pStyle w:val="Link4"/>
      </w:pPr>
      <w:hyperlink r:id="rId131">
        <w:r>
          <w:rPr/>
          <w:t>Reconeixement de la diversitat cultural (llengües, costums, valors, creences, formes de vida...) present a l’aula, a l’escola, i a l’entorn proper, com una oportunitat d’aprenentatge i d’enriquiment</w:t>
        </w:r>
      </w:hyperlink>
    </w:p>
    <w:p>
      <w:pPr>
        <w:pStyle w:val="Link4"/>
      </w:pPr>
      <w:hyperlink r:id="rId132">
        <w:r>
          <w:rPr/>
          <w:t>Presentació de diferents eines, mecanismes i recursos de prevenció i detecció de comportaments i/o de situacions de discriminació, exclusió, dominació o violència envers les persones i grups per motiu del seu origen o pertinença i familiarització amb el seu ús a l’aula</w:t>
        </w:r>
      </w:hyperlink>
    </w:p>
    <w:p>
      <w:pPr>
        <w:pStyle w:val="Link4"/>
      </w:pPr>
      <w:hyperlink r:id="rId133">
        <w:r>
          <w:rPr/>
          <w:t>Reconeixement d'estereotips i prejudicis presents a l'aula i en l'entorn proper envers persones i col.lectius d'orígens culturals diversos</w:t>
        </w:r>
      </w:hyperlink>
    </w:p>
    <w:p>
      <w:pPr>
        <w:pStyle w:val="Link4"/>
      </w:pPr>
      <w:hyperlink r:id="rId134">
        <w:r>
          <w:rPr/>
          <w:t>Identificació de diferents eines, mecanismes i recursos útils per detectar i prevenir comportaments i/o situacions de discriminació, exclusió, dominació o violència envers les persones i grups per motiu del seu origen o pertinença, i pràctica d'aquestes estratègies a l'aula i al centre</w:t>
        </w:r>
      </w:hyperlink>
    </w:p>
    <w:p>
      <w:pPr>
        <w:pStyle w:val="Link4"/>
      </w:pPr>
      <w:hyperlink r:id="rId135">
        <w:r>
          <w:rPr/>
          <w:t>Identificació d'algunes habilitats socials necessàries per a la convivència intercultural a l'aula (comunicació, escolta activa, diàleg, empatia, provenció, resolució i transformació de conflictes, cooperaicó, flexibilitat, adaptabilitat) i familiarització amb la seva pràctica</w:t>
        </w:r>
      </w:hyperlink>
    </w:p>
    <w:p>
      <w:pPr>
        <w:pStyle w:val="Link4"/>
      </w:pPr>
      <w:hyperlink r:id="rId136">
        <w:r>
          <w:rPr/>
          <w:t xml:space="preserve">Reconeixement i valoració de les necessitats, desitjos, sentiments i valors personals i grupas a partir de l'autoestima, el respecte i la confiança </w:t>
        </w:r>
      </w:hyperlink>
    </w:p>
    <w:p>
      <w:pPr>
        <w:pStyle w:val="Link4"/>
      </w:pPr>
      <w:hyperlink r:id="rId137">
        <w:r>
          <w:rPr/>
          <w:t>Reflexió crítica sobre els sistemes de presa de decisions (votacions, majories, consens) i la importància de la participació en la definició de normes per a la convivència de totes les persones i grups socials, sense exclusions per motius d'origen o pertinença</w:t>
        </w:r>
      </w:hyperlink>
    </w:p>
    <w:p>
      <w:pPr>
        <w:pStyle w:val="Link4"/>
      </w:pPr>
      <w:hyperlink r:id="rId138">
        <w:r>
          <w:rPr/>
          <w:t>Establiment i promoció de relacions de convivència assertives i respectuoses amb totes les persones i grups socials, independentment del seu origen o pertinença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66">
        <w:r>
          <w:rPr/>
          <w:t>Observació d'actituds</w:t>
        </w:r>
      </w:hyperlink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4"/>
      </w:pPr>
      <w:r>
        <w:t>RÚBRICA PERSPECIVA FEMINISTA</w:t>
      </w:r>
    </w:p>
    <w:p>
      <w:pPr>
        <w:pStyle w:val="Normal4"/>
      </w:pPr>
      <w:r>
        <w:t>Aquesta rúbrica d’un sol punt està dissenyada per realitzar un procés d’auto-avaluació i de co-avaluació a través de la reflexió de la pràctica individual i de l’observació dels altres aprenents. S’hi destaquen els punts on s’ha de millorar així com els punts o aspectes que ja tenen un nivell òptim. Les principals millores respecte a les rúbriques és la seva senzillesa d’ús, i que fa que cadascú hagi de reflexionar sobre el seu procés d’aprenentatge i les seves actituds. Al mateix temps permet donar un retorn positiu a tots els companys i companyes.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34">
        <w:r>
          <w:rPr/>
          <w:t>Anàlisi crítica del procés, dels actors i de les necessitats en els conflictes interpersonals, socials o internacionals, de les seves causes i conseqüències des de la complexitat, capaç de destriar críticament la informació i de superar una visió simplista del món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27">
        <w:r>
          <w:rPr/>
          <w:t>Anàlisi de les causes i les conseqüències de la violència (directa, estructural i cultural) en les relacions interpersonals, socials i mundials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28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29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96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139">
        <w:r>
          <w:rPr/>
          <w:t>Coneixement del paper dels principals actors internacionals i dels mecanismes del dret existents per promoure la pau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10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3_gen_bc_cs" TargetMode="External"/><Relationship Id="rId11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2_gen_bc_s1s2" TargetMode="External"/><Relationship Id="rId12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13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2_gen_bc_s3s4" TargetMode="External"/><Relationship Id="rId14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15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1_cp_ba_ci" TargetMode="External"/><Relationship Id="rId16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2_cp_ba_ci" TargetMode="External"/><Relationship Id="rId17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3_cp_ba_ci" TargetMode="External"/><Relationship Id="rId18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4_cp_ba_ci" TargetMode="External"/><Relationship Id="rId19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1_cp_ba_cm" TargetMode="External"/><Relationship Id="rId20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2_cp_ba_cm" TargetMode="External"/><Relationship Id="rId21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3_cp_ba_cm" TargetMode="External"/><Relationship Id="rId22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4_cp_ba_cm" TargetMode="External"/><Relationship Id="rId23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1_cp_ba_cs" TargetMode="External"/><Relationship Id="rId24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2_cp_ba_cs" TargetMode="External"/><Relationship Id="rId25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3_cp_ba_cs" TargetMode="External"/><Relationship Id="rId26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4_cp_ba_cs" TargetMode="External"/><Relationship Id="rId27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1_cp_ba_s1s2" TargetMode="External"/><Relationship Id="rId28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29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3_cp_ba_s1s2" TargetMode="External"/><Relationship Id="rId30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4_cp_ba_s1s2" TargetMode="External"/><Relationship Id="rId31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1_cp_ba_s3s4" TargetMode="External"/><Relationship Id="rId32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33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34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4_cp_ba_s3s4" TargetMode="External"/><Relationship Id="rId35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i" TargetMode="External"/><Relationship Id="rId36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9_cp_bb_ci" TargetMode="External"/><Relationship Id="rId37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m" TargetMode="External"/><Relationship Id="rId38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9_cp_bb_cm" TargetMode="External"/><Relationship Id="rId39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s" TargetMode="External"/><Relationship Id="rId40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9_cp_bb_cs" TargetMode="External"/><Relationship Id="rId41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1s2" TargetMode="External"/><Relationship Id="rId42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1s2" TargetMode="External"/><Relationship Id="rId43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3s4" TargetMode="External"/><Relationship Id="rId44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3s4" TargetMode="External"/><Relationship Id="rId45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3_ddhh_ba_cm" TargetMode="External"/><Relationship Id="rId46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4_ddhh_ba_cs" TargetMode="External"/><Relationship Id="rId47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5_ddhh_ba_cs" TargetMode="External"/><Relationship Id="rId48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3_ddhh_ba_s1s2" TargetMode="External"/><Relationship Id="rId49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4_ddhh_ba_s1s2" TargetMode="External"/><Relationship Id="rId50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1_ddhh_bc_ci" TargetMode="External"/><Relationship Id="rId51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1_ddhh_bc_cs" TargetMode="External"/><Relationship Id="rId52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4_ddhh_bc_s1s2" TargetMode="External"/><Relationship Id="rId53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3_med_ba_s1s2" TargetMode="External"/><Relationship Id="rId54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3_med_ba_s3s4" TargetMode="External"/><Relationship Id="rId55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1_s2" TargetMode="External"/><Relationship Id="rId56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1_s2" TargetMode="External"/><Relationship Id="rId57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3_s4" TargetMode="External"/><Relationship Id="rId58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3_s4" TargetMode="External"/><Relationship Id="rId59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3_int_bb_cm" TargetMode="External"/><Relationship Id="rId60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1_int_bb_cs" TargetMode="External"/><Relationship Id="rId61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1_int_bb_s1s2" TargetMode="External"/><Relationship Id="rId62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3_int_bb_s1s2" TargetMode="External"/><Relationship Id="rId63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1_int_bb_s3s4" TargetMode="External"/><Relationship Id="rId64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3_int_bb_s3s4" TargetMode="External"/><Relationship Id="rId65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4_int_bb_s3s4" TargetMode="External"/><Relationship Id="rId66" Type="http://schemas.openxmlformats.org/officeDocument/2006/relationships/hyperlink" Target="https://www.transformarelmon-guia.edualter.org/ca/instruments/observacio-dactituds" TargetMode="External"/><Relationship Id="rId67" Type="http://schemas.openxmlformats.org/officeDocument/2006/relationships/hyperlink" Target="https://www.transformarelmon-guia.edualter.org/ca/instruments/rubrica-perspeciva-feminista" TargetMode="External"/><Relationship Id="rId68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2_gen_ba_ci" TargetMode="External"/><Relationship Id="rId69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3_gen_ba_ci" TargetMode="External"/><Relationship Id="rId70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4_gen_ba_ci" TargetMode="External"/><Relationship Id="rId71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5_gen_ba_ci" TargetMode="External"/><Relationship Id="rId72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1_gen_ba_cm" TargetMode="External"/><Relationship Id="rId73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2_gen_ba_cm" TargetMode="External"/><Relationship Id="rId74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3_gen_ba_cm" TargetMode="External"/><Relationship Id="rId75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1_gen_ba_cs" TargetMode="External"/><Relationship Id="rId76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2_gen_ba_cs" TargetMode="External"/><Relationship Id="rId77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3_gen_ba_cs" TargetMode="External"/><Relationship Id="rId78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4_gen_ba_cs" TargetMode="External"/><Relationship Id="rId79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2_gen_ba_s1s2" TargetMode="External"/><Relationship Id="rId80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i" TargetMode="External"/><Relationship Id="rId81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i" TargetMode="External"/><Relationship Id="rId82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i" TargetMode="External"/><Relationship Id="rId83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m" TargetMode="External"/><Relationship Id="rId84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s" TargetMode="External"/><Relationship Id="rId85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3_gen_bc_ci" TargetMode="External"/><Relationship Id="rId86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2_gen_bc_cm" TargetMode="External"/><Relationship Id="rId87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3_gen_bc_cm" TargetMode="External"/><Relationship Id="rId88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5_gen_bc_cm" TargetMode="External"/><Relationship Id="rId89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1_gen_bc_cs" TargetMode="External"/><Relationship Id="rId90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2_gen_bc_cs" TargetMode="External"/><Relationship Id="rId91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1_gen_bc_s1s2" TargetMode="External"/><Relationship Id="rId92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1_gen_bc_s3s4" TargetMode="External"/><Relationship Id="rId93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5_cp_ba_ci" TargetMode="External"/><Relationship Id="rId94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5_cp_ba_cm" TargetMode="External"/><Relationship Id="rId95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5_cp_ba_cs" TargetMode="External"/><Relationship Id="rId96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97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Relationship Id="rId98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3_ddhh_ba_ci" TargetMode="External"/><Relationship Id="rId99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4_ddhh_ba_ci" TargetMode="External"/><Relationship Id="rId100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1_med_ba_ci" TargetMode="External"/><Relationship Id="rId101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4_med_ba_ci" TargetMode="External"/><Relationship Id="rId102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5_med_ba_ci" TargetMode="External"/><Relationship Id="rId103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1_med_ba_cm" TargetMode="External"/><Relationship Id="rId104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5_med_ba_cm" TargetMode="External"/><Relationship Id="rId105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1_med_ba_cs" TargetMode="External"/><Relationship Id="rId106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i" TargetMode="External"/><Relationship Id="rId107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108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1_s2" TargetMode="External"/><Relationship Id="rId109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i" TargetMode="External"/><Relationship Id="rId110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2_cp_bb_ci" TargetMode="External"/><Relationship Id="rId111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m" TargetMode="External"/><Relationship Id="rId112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2_cp_bb_cm" TargetMode="External"/><Relationship Id="rId113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s" TargetMode="External"/><Relationship Id="rId114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2_cp_bb_cs" TargetMode="External"/><Relationship Id="rId115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1_cp_bb_s1s2" TargetMode="External"/><Relationship Id="rId116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2_cp_bb_s1s2" TargetMode="External"/><Relationship Id="rId117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1_cp_bb_s3s4" TargetMode="External"/><Relationship Id="rId118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2_cp_bb_s3s4" TargetMode="External"/><Relationship Id="rId119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2_ddhh_bc_ci" TargetMode="External"/><Relationship Id="rId120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3_ddhh_bc_ci" TargetMode="External"/><Relationship Id="rId121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4_ddhh_bc_ci" TargetMode="External"/><Relationship Id="rId122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5_ddhh_bc_ci" TargetMode="External"/><Relationship Id="rId123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3_ddhh_bc_cm" TargetMode="External"/><Relationship Id="rId124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4_ddhh_bc_cm" TargetMode="External"/><Relationship Id="rId125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3_ddhh_bc_cs" TargetMode="External"/><Relationship Id="rId126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4_ddhh_bc_cs" TargetMode="External"/><Relationship Id="rId127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3_ddhh_bc_s1s2" TargetMode="External"/><Relationship Id="rId128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1_int_ba_ci" TargetMode="External"/><Relationship Id="rId129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2_int_ba_ci" TargetMode="External"/><Relationship Id="rId130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4_int_ba_ci" TargetMode="External"/><Relationship Id="rId131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2_int_ba_cm" TargetMode="External"/><Relationship Id="rId132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4_int_bb_ci" TargetMode="External"/><Relationship Id="rId133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1_int_bb_cm" TargetMode="External"/><Relationship Id="rId134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4_int_bb_cm" TargetMode="External"/><Relationship Id="rId135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2_int_bc_ci" TargetMode="External"/><Relationship Id="rId136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3_int_bc_cm" TargetMode="External"/><Relationship Id="rId137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secundaria/i1_int_bc_s1s2" TargetMode="External"/><Relationship Id="rId138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secundaria/i3_int_bc_s3s4" TargetMode="External"/><Relationship Id="rId139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6_cp_ba_s1s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