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Capacitat d’aplicar alternatives per frenar els diferents tipus de violència (directa, estructural i cultural) en les relacions interpersonals i en les condicions socials i mundials</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ser competent en reflexionar críticament sobre causes i conseqüències de diferents tipus de violència, mitjançant la valoració crítica del conflicte com a oportunitat de canvi social, amb l’objectiu de frenar la violència en totes les seves formes.</w:t>
      </w:r>
    </w:p>
    <w:p/>
    <w:p>
      <w:pPr>
        <w:pStyle w:val="Heading1"/>
      </w:pPr>
      <w:r>
        <w:t>CRITERI D'AVALUACIÓ</w:t>
      </w:r>
    </w:p>
    <w:p>
      <w:pPr/>
      <w:r>
        <w:t>Emprenen accions alternatives per frenar els diferents tipus de violència (directa, estructural i cultural) en les relacions interpersonals, socials i mundials.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en comunicació lingüística</w:t>
      </w:r>
    </w:p>
    <w:p>
      <w:pPr>
        <w:pStyle w:val="ListBullet"/>
      </w:pPr>
      <w:r>
        <w:t>Competència ciutadana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Sociodrama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s'utilitza per presentar situacions problemàtiques, idees contraposades, actuacions contradictòries, per després suscitar la discussió i l'aprofundiment del tema. És de gran utilitat com a estímul, per donar començament a la discussió d'un problema, cas en el qual és preferible preparar el sociodrama amb anticipació i amb l'ajuda d'un grup prèviament seleccionat. En utilitzar aquesta tècnica el grup ha de tenir present que el sociodrama no és una comèdia per fer riure, ni una obra teatral perfecta, així mateix no ha de presentar la solució al problema exposat. Les representacions han de ser breus i evitar digressions en diàlegs que desvien l'atenció del públic.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6">
        <w:r>
          <w:rPr/>
          <w:t>Expressió del rebuig a la violència directa (física, verbal i psicològica) en les relacions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24">
        <w:r>
          <w:rPr/>
          <w:t>Capacitat de frenar la violència directa (física, verbal i psicològica) d’altres persones en les relacions interpersonals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68">
        <w:r>
          <w:rPr/>
          <w:t>Introducció al reconeixement de les emocions primàries (enuig, alegria, por i tristesa): com em sento i com canalitzo els meus sentiments</w:t>
        </w:r>
      </w:hyperlink>
    </w:p>
    <w:p>
      <w:pPr>
        <w:pStyle w:val="Link4"/>
      </w:pPr>
      <w:hyperlink r:id="rId69">
        <w:r>
          <w:rPr/>
          <w:t>Reconeixement de les pròpies emocions i de les necessitats que hi ha al darrera: què sento i què crec que em fa sentir així</w:t>
        </w:r>
      </w:hyperlink>
    </w:p>
    <w:p>
      <w:pPr>
        <w:pStyle w:val="Link4"/>
      </w:pPr>
      <w:hyperlink r:id="rId70">
        <w:r>
          <w:rPr/>
          <w:t>Comunicació assertiva de les pròpies emocions, i empatia amb les emocions de les altres persones des de l‘estima cap a les altres persones</w:t>
        </w:r>
      </w:hyperlink>
    </w:p>
    <w:p>
      <w:pPr>
        <w:pStyle w:val="Link4"/>
      </w:pPr>
      <w:hyperlink r:id="rId71">
        <w:r>
          <w:rPr/>
          <w:t>Comprensió de les causes dels sentiments (necessitats) propis i aliens des de l‘estima cap a una mateixa i cap a les altres persones</w:t>
        </w:r>
      </w:hyperlink>
    </w:p>
    <w:p>
      <w:pPr>
        <w:pStyle w:val="Link4"/>
      </w:pPr>
      <w:hyperlink r:id="rId72">
        <w:r>
          <w:rPr/>
          <w:t>Comunicació  assertiva de les emocions i de les necessitats, de forma que mostri estima cap a una mateixa i cap a l’Altre (empatia)</w:t>
        </w:r>
      </w:hyperlink>
    </w:p>
    <w:p>
      <w:pPr>
        <w:pStyle w:val="Link4"/>
      </w:pPr>
      <w:hyperlink r:id="rId73">
        <w:r>
          <w:rPr/>
          <w:t>Identificació d'alguns dels drets humans reconeguts en la Convenció dels Drets de la Infància</w:t>
        </w:r>
      </w:hyperlink>
    </w:p>
    <w:p>
      <w:pPr>
        <w:pStyle w:val="Link4"/>
      </w:pPr>
      <w:hyperlink r:id="rId74">
        <w:r>
          <w:rPr/>
          <w:t>Coneixement de diferents situacions de violació de drets humans tant en països en situacions de conflictes armats o amb sistemes polítics no democràtics con en l'entorn proper</w:t>
        </w:r>
      </w:hyperlink>
    </w:p>
    <w:p/>
    <w:p>
      <w:pPr>
        <w:pStyle w:val="Heading4"/>
      </w:pPr>
      <w:r>
        <w:t>INSTRUMENTS D'AVALUACIÓ</w:t>
      </w:r>
    </w:p>
    <w:p>
      <w:pPr>
        <w:pStyle w:val="Link4"/>
      </w:pPr>
      <w:hyperlink r:id="rId66">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75">
        <w:r>
          <w:rPr/>
          <w:t>Introducció a les principals semblances i diferències de gènere com a element enriquidor de les relacions interpersonals.</w:t>
        </w:r>
      </w:hyperlink>
    </w:p>
    <w:p>
      <w:pPr>
        <w:pStyle w:val="Link4"/>
      </w:pPr>
      <w:hyperlink r:id="rId76">
        <w:r>
          <w:rPr/>
          <w:t>Percepció de les principals situacions de desigualtat, injustícia i discriminació per motiu de gènere, sexe o opció afectivosexual.</w:t>
        </w:r>
      </w:hyperlink>
    </w:p>
    <w:p>
      <w:pPr>
        <w:pStyle w:val="Link4"/>
      </w:pPr>
      <w:hyperlink r:id="rId77">
        <w:r>
          <w:rPr/>
          <w:t>Interès per conèixer el paper de la dona i els saber femenins al llarg de la història com a motor de canvi i transformació social.</w:t>
        </w:r>
      </w:hyperlink>
    </w:p>
    <w:p>
      <w:pPr>
        <w:pStyle w:val="Link4"/>
      </w:pPr>
      <w:hyperlink r:id="rId78">
        <w:r>
          <w:rPr/>
          <w:t>Presentació dels drets i deures individuals i col·lectius en qüestió de gènere.</w:t>
        </w:r>
      </w:hyperlink>
    </w:p>
    <w:p>
      <w:pPr>
        <w:pStyle w:val="Link4"/>
      </w:pPr>
      <w:hyperlink r:id="rId79">
        <w:r>
          <w:rPr/>
          <w:t>Interès per aprofundir en els diferents models de masculinitat i feminitat que es donen en les societats actuals.</w:t>
        </w:r>
      </w:hyperlink>
    </w:p>
    <w:p>
      <w:pPr>
        <w:pStyle w:val="Link4"/>
      </w:pPr>
      <w:hyperlink r:id="rId80">
        <w:r>
          <w:rPr/>
          <w:t>Identificació de les principals semblances i diferències de gènere com a element enriquidor de les relacions interpersonals.</w:t>
        </w:r>
      </w:hyperlink>
    </w:p>
    <w:p>
      <w:pPr>
        <w:pStyle w:val="Link4"/>
      </w:pPr>
      <w:hyperlink r:id="rId81">
        <w:r>
          <w:rPr/>
          <w:t>Identificació de les principals situacions de desigualtat, injustícia i discriminació per motiu de gènere, sexe o opció afectivosexual.</w:t>
        </w:r>
      </w:hyperlink>
    </w:p>
    <w:p>
      <w:pPr>
        <w:pStyle w:val="Link4"/>
      </w:pPr>
      <w:hyperlink r:id="rId82">
        <w:r>
          <w:rPr/>
          <w:t>Presa de consciència del propi procès de construcció de la masculinitat i la feminitat.</w:t>
        </w:r>
      </w:hyperlink>
    </w:p>
    <w:p>
      <w:pPr>
        <w:pStyle w:val="Link4"/>
      </w:pPr>
      <w:hyperlink r:id="rId83">
        <w:r>
          <w:rPr/>
          <w:t>Sensibilització en les semblances i  diferències de gènere com a element enriquidor de les relacions interpersonals.</w:t>
        </w:r>
      </w:hyperlink>
    </w:p>
    <w:p>
      <w:pPr>
        <w:pStyle w:val="Link4"/>
      </w:pPr>
      <w:hyperlink r:id="rId84">
        <w:r>
          <w:rPr/>
          <w:t>Aprofundiment de les princials situacions de desigualtat, injustícia i discriminació per motiu de gènere, sexe o opció afectivosexual.</w:t>
        </w:r>
      </w:hyperlink>
    </w:p>
    <w:p>
      <w:pPr>
        <w:pStyle w:val="Link4"/>
      </w:pPr>
      <w:hyperlink r:id="rId85">
        <w:r>
          <w:rPr/>
          <w:t>Sensibilització sobre el paper de la dona i els sabers femenins com a motor de canvi i transformació social.</w:t>
        </w:r>
      </w:hyperlink>
    </w:p>
    <w:p>
      <w:pPr>
        <w:pStyle w:val="Link4"/>
      </w:pPr>
      <w:hyperlink r:id="rId86">
        <w:r>
          <w:rPr/>
          <w:t>Valoració de les semblances i diferències de gènere com a element enriquidor de les relacions interpersonals.</w:t>
        </w:r>
      </w:hyperlink>
    </w:p>
    <w:p>
      <w:pPr>
        <w:pStyle w:val="Link4"/>
      </w:pPr>
      <w:hyperlink r:id="rId87">
        <w:r>
          <w:rPr/>
          <w:t>Percepció de les diferents identitats de gènere, identitats sexuals i opcions afectivasexuals</w:t>
        </w:r>
      </w:hyperlink>
    </w:p>
    <w:p>
      <w:pPr>
        <w:pStyle w:val="Link4"/>
      </w:pPr>
      <w:hyperlink r:id="rId88">
        <w:r>
          <w:rPr/>
          <w:t>Observació de diferents conductes i relacions interpersonals basades en el respecte, el diàleg i la igualtat</w:t>
        </w:r>
      </w:hyperlink>
    </w:p>
    <w:p>
      <w:pPr>
        <w:pStyle w:val="Link4"/>
      </w:pPr>
      <w:hyperlink r:id="rId89">
        <w:r>
          <w:rPr/>
          <w:t>Introducció a les causes (i les conseqüències) de l’existència de diferències i desigualtats socials per motiu de gènere, sexe i opció afectivasexual</w:t>
        </w:r>
      </w:hyperlink>
    </w:p>
    <w:p>
      <w:pPr>
        <w:pStyle w:val="Link4"/>
      </w:pPr>
      <w:hyperlink r:id="rId90">
        <w:r>
          <w:rPr/>
          <w:t>Pràctica de diferents conductes i relacions interpersonals basades en el respecte, el diàleg i la igualtat</w:t>
        </w:r>
      </w:hyperlink>
    </w:p>
    <w:p>
      <w:pPr>
        <w:pStyle w:val="Link4"/>
      </w:pPr>
      <w:hyperlink r:id="rId91">
        <w:r>
          <w:rPr/>
          <w:t>Sensibilització en les diferents identitats de gènere, identitats sexuals i opcions afectivosexuals</w:t>
        </w:r>
      </w:hyperlink>
    </w:p>
    <w:p>
      <w:pPr>
        <w:pStyle w:val="Link4"/>
      </w:pPr>
      <w:hyperlink r:id="rId9">
        <w:r>
          <w:rPr/>
          <w:t>Reflexió crítica de la diversitat en identitats de gènere, identitats sexuals i opcions afectivosexuals</w:t>
        </w:r>
      </w:hyperlink>
    </w:p>
    <w:p>
      <w:pPr>
        <w:pStyle w:val="Link4"/>
      </w:pPr>
      <w:hyperlink r:id="rId92">
        <w:r>
          <w:rPr/>
          <w:t>Presentació de comportaments i actituds discriminatòries en diferents àmbits de la vida</w:t>
        </w:r>
      </w:hyperlink>
    </w:p>
    <w:p>
      <w:pPr>
        <w:pStyle w:val="Link4"/>
      </w:pPr>
      <w:hyperlink r:id="rId93">
        <w:r>
          <w:rPr/>
          <w:t>Pràctica d'actituds cooperatives, solidàries i crítiques davant situacions de discriminació per motiu de gènere, sexe i opció afectivasexual</w:t>
        </w:r>
      </w:hyperlink>
    </w:p>
    <w:p>
      <w:pPr>
        <w:pStyle w:val="Link4"/>
      </w:pPr>
      <w:hyperlink r:id="rId94">
        <w:r>
          <w:rPr/>
          <w:t>Identificació de comportaments i actituds discriminatòries en diferents àmbits de la vida</w:t>
        </w:r>
      </w:hyperlink>
    </w:p>
    <w:p>
      <w:pPr>
        <w:pStyle w:val="Link4"/>
      </w:pPr>
      <w:hyperlink r:id="rId95">
        <w:r>
          <w:rPr/>
          <w:t>Identificació i ús de les eines, mecanismes i recursos de prevenció i protecció en situacions de discriminació i vulnerabilitat per motiu de gènere, sexe o opció afectivasexual.</w:t>
        </w:r>
      </w:hyperlink>
    </w:p>
    <w:p>
      <w:pPr>
        <w:pStyle w:val="Link4"/>
      </w:pPr>
      <w:hyperlink r:id="rId96">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97">
        <w:r>
          <w:rPr/>
          <w:t>Aprofundiment en la pràctica d’actituds cooperatives, solidàries i crítiques davant situacions de discriminació per motiu de gènere, sexe i opció afectivasexual.</w:t>
        </w:r>
      </w:hyperlink>
    </w:p>
    <w:p>
      <w:pPr>
        <w:pStyle w:val="Link4"/>
      </w:pPr>
      <w:hyperlink r:id="rId10">
        <w:r>
          <w:rPr/>
          <w:t>Aprofundiment en els comportaments i actituds discriminatòries en diferents àmbits de la vida</w:t>
        </w:r>
      </w:hyperlink>
    </w:p>
    <w:p>
      <w:pPr>
        <w:pStyle w:val="Link4"/>
      </w:pPr>
      <w:hyperlink r:id="rId98">
        <w:r>
          <w:rPr/>
          <w:t xml:space="preserve">Valoració negativa dels estereotips, prejudicis i discriminacions envers la identitat de gènere, la identitat sexual i l’opció afectivosexual </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99">
        <w:r>
          <w:rPr/>
          <w:t>Visió crítica envers els estereotips  i prejudicis de gènere en les diferents dimensions i àmbits personals i socials.</w:t>
        </w:r>
      </w:hyperlink>
    </w:p>
    <w:p>
      <w:pPr>
        <w:pStyle w:val="Link4"/>
      </w:pPr>
      <w:hyperlink r:id="rId14">
        <w:r>
          <w:rPr/>
          <w:t>Rebuig de comportaments i actituds discriminatòries en diferents àmbits de la vida</w:t>
        </w:r>
      </w:hyperlink>
    </w:p>
    <w:p>
      <w:pPr>
        <w:pStyle w:val="Link4"/>
      </w:pPr>
      <w:hyperlink r:id="rId16">
        <w:r>
          <w:rPr/>
          <w:t>Expressió del rebuig a la violència directa (física, verbal i psicològica) en les relacions interpersonals</w:t>
        </w:r>
      </w:hyperlink>
    </w:p>
    <w:p>
      <w:pPr>
        <w:pStyle w:val="Link4"/>
      </w:pPr>
      <w:hyperlink r:id="rId100">
        <w:r>
          <w:rPr/>
          <w:t>Valoració dels beneficis de trobar una sortida justa per resoldre els conflictes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101">
        <w:r>
          <w:rPr/>
          <w:t>Valoració dels beneficis de trobar una sortida justa per resoldre els conflictes interpersonals i locals</w:t>
        </w:r>
      </w:hyperlink>
    </w:p>
    <w:p>
      <w:pPr>
        <w:pStyle w:val="Link4"/>
      </w:pPr>
      <w:hyperlink r:id="rId24">
        <w:r>
          <w:rPr/>
          <w:t>Capacitat de frenar la violència directa (física, verbal i psicològica) d’altres persones en les relacions interpersonals</w:t>
        </w:r>
      </w:hyperlink>
    </w:p>
    <w:p>
      <w:pPr>
        <w:pStyle w:val="Link4"/>
      </w:pPr>
      <w:hyperlink r:id="rId26">
        <w:r>
          <w:rPr/>
          <w:t>Anàlisi del procés, dels actors implicats, i de les postures de cada part en un conflicte interpersonal o local</w:t>
        </w:r>
      </w:hyperlink>
    </w:p>
    <w:p>
      <w:pPr>
        <w:pStyle w:val="Link4"/>
      </w:pPr>
      <w:hyperlink r:id="rId102">
        <w:r>
          <w:rPr/>
          <w:t>Valoració dels beneficis i els reptes de respectar el procés i de trobar una sortida justa per resoldre els conflictes interpersonals i locals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103">
        <w:r>
          <w:rPr/>
          <w:t>Capacitat d’argumentar els reptes i els beneficis de respectar el procés i de trobar una sortida justa per resoldre els conflictes  interpersonals i socials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04">
        <w:r>
          <w:rPr/>
          <w:t>Defensa del conflicte com a oportunitat de canvi social</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105">
        <w:r>
          <w:rPr/>
          <w:t>Observació de diferents situacions de marginació, discriminació, injustícia i violació de drets fonamentals en l'entorn proper</w:t>
        </w:r>
      </w:hyperlink>
    </w:p>
    <w:p>
      <w:pPr>
        <w:pStyle w:val="Link4"/>
      </w:pPr>
      <w:hyperlink r:id="rId106">
        <w:r>
          <w:rPr/>
          <w:t>Introducció als diferents mecanismes  de defensa dels drets humans a partir d'exemples d'accions reivindicatives en l'entorn proper (manifestacions, vagues, campanyes...)</w:t>
        </w:r>
      </w:hyperlink>
    </w:p>
    <w:p>
      <w:pPr>
        <w:pStyle w:val="Link4"/>
      </w:pPr>
      <w:hyperlink r:id="rId107">
        <w:r>
          <w:rPr/>
          <w:t>Identificació d’hàbits i comportaments respectuosos amb el medi ambient, el territori i la naturalesa, i implementació de petites accions al respecte</w:t>
        </w:r>
      </w:hyperlink>
    </w:p>
    <w:p>
      <w:pPr>
        <w:pStyle w:val="Link4"/>
      </w:pPr>
      <w:hyperlink r:id="rId108">
        <w:r>
          <w:rPr/>
          <w:t>Presentació de les diferents cosmologies i cosmogonies, i la seva vinculació amb el medi ambient, el territori i la naturalesa.</w:t>
        </w:r>
      </w:hyperlink>
    </w:p>
    <w:p>
      <w:pPr>
        <w:pStyle w:val="Link4"/>
      </w:pPr>
      <w:hyperlink r:id="rId109">
        <w:r>
          <w:rPr/>
          <w:t>Presentació dels drets i deures individuals i col·lectius en qüestió mediambiental.</w:t>
        </w:r>
      </w:hyperlink>
    </w:p>
    <w:p>
      <w:pPr>
        <w:pStyle w:val="Link4"/>
      </w:pPr>
      <w:hyperlink r:id="rId110">
        <w:r>
          <w:rPr/>
          <w:t>Adquisició d’hàbits i comportaments respectuosos amb el medi ambient i l’entorn natural</w:t>
        </w:r>
      </w:hyperlink>
    </w:p>
    <w:p>
      <w:pPr>
        <w:pStyle w:val="Link4"/>
      </w:pPr>
      <w:hyperlink r:id="rId111">
        <w:r>
          <w:rPr/>
          <w:t>Identificació dels drets i deures individuals i col·lectius que garanteixin la protecció del mediambient.</w:t>
        </w:r>
      </w:hyperlink>
    </w:p>
    <w:p>
      <w:pPr>
        <w:pStyle w:val="Link4"/>
      </w:pPr>
      <w:hyperlink r:id="rId112">
        <w:r>
          <w:rPr/>
          <w:t>Argumentació i assumpció d’hàbits i comportaments respectuosos amb el medi ambient i l’entorn natural</w:t>
        </w:r>
      </w:hyperlink>
    </w:p>
    <w:p>
      <w:pPr>
        <w:pStyle w:val="Link4"/>
      </w:pPr>
      <w:hyperlink r:id="rId113">
        <w:r>
          <w:rPr/>
          <w:t>Observació i inici a la pràctica   d’iniciatives basades reducció, reutilització i reciclatge com a estratègies per a la cura del medi ambient, el territori i la naturalesa de l’entorn proper.</w:t>
        </w:r>
      </w:hyperlink>
    </w:p>
    <w:p>
      <w:pPr>
        <w:pStyle w:val="Link4"/>
      </w:pPr>
      <w:hyperlink r:id="rId114">
        <w:r>
          <w:rPr/>
          <w:t>Presa de consciència de les pròpies accions sobre el medi ambient, el territori i la naturalesa de l’entorn proper i del seu impacte a escala global</w:t>
        </w:r>
      </w:hyperlink>
    </w:p>
    <w:p>
      <w:pPr>
        <w:pStyle w:val="Link4"/>
      </w:pPr>
      <w:hyperlink r:id="rId115">
        <w:r>
          <w:rPr/>
          <w:t>Assumpció de les conseqüències que tenen les pròpies accions sobre el medi natural, i de mesurar-ne l’impacte.</w:t>
        </w:r>
      </w:hyperlink>
    </w:p>
    <w:p/>
    <w:p>
      <w:pPr>
        <w:pStyle w:val="Heading4"/>
      </w:pPr>
      <w:r>
        <w:t>INSTRUMENTS D'AVALUACIÓ</w:t>
      </w:r>
    </w:p>
    <w:p>
      <w:pPr>
        <w:pStyle w:val="Link4"/>
      </w:pPr>
      <w:hyperlink r:id="rId66">
        <w:r>
          <w:rPr/>
          <w:t>Observació d'actituds</w:t>
        </w:r>
      </w:hyperlink>
    </w:p>
    <w:p/>
    <w:p>
      <w:pPr>
        <w:pStyle w:val="Heading3"/>
      </w:pPr>
      <w:r>
        <w:t>Campanya de sensibilització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campanya de sensibilització és una proposta d'ampli abast que pretén, en primer lloc, despertar i activar la sensibilitat moral de les persones cap a un tema carregat de valors; en segon lloc, analitzar el tema en tota la seva profunditat; en tercer lloc, reflexionar sobre les accions que s'estan realitzat actualment; i finalment, motivar que es generin propostes diferents per generar un canvi i una millora de la situació actual.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d'interdependència positiva</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116">
        <w:r>
          <w:rPr/>
          <w:t>Reflexió crítica de les semblances i les diferències de gènere com a element enriquidor de les relacions interpersonals.</w:t>
        </w:r>
      </w:hyperlink>
    </w:p>
    <w:p>
      <w:pPr>
        <w:pStyle w:val="Link4"/>
      </w:pPr>
      <w:hyperlink r:id="rId117">
        <w:r>
          <w:rPr/>
          <w:t>Denúncia i actuació davant situacions de desigualtat, injustícia i discriminació per motiu de gènere, sexe o opció afectivosexual.</w:t>
        </w:r>
      </w:hyperlink>
    </w:p>
    <w:p>
      <w:pPr>
        <w:pStyle w:val="Link4"/>
      </w:pPr>
      <w:hyperlink r:id="rId118">
        <w:r>
          <w:rPr/>
          <w:t>Reivindicació del paper de la dona i els sabers femenins com a motor de canvi i transformació social.</w:t>
        </w:r>
      </w:hyperlink>
    </w:p>
    <w:p>
      <w:pPr>
        <w:pStyle w:val="Link4"/>
      </w:pPr>
      <w:hyperlink r:id="rId119">
        <w:r>
          <w:rPr/>
          <w:t>Defensa dels drets i deures individuals i col·lectius en qüestió de gènere.</w:t>
        </w:r>
      </w:hyperlink>
    </w:p>
    <w:p>
      <w:pPr>
        <w:pStyle w:val="Link4"/>
      </w:pPr>
      <w:hyperlink r:id="rId120">
        <w:r>
          <w:rPr/>
          <w:t>Conscienciació crítica del propi procés de construcció de la identitat de gènere, identitat sexual i opció afectivasexual</w:t>
        </w:r>
      </w:hyperlink>
    </w:p>
    <w:p>
      <w:pPr>
        <w:pStyle w:val="Link4"/>
      </w:pPr>
      <w:hyperlink r:id="rId121">
        <w:r>
          <w:rPr/>
          <w:t>Aprofundiment en la identificació i rebuig dels propis prejudicis envers les identitats de gènere, identitats sexuals i opcions afectivosexuals.</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22">
        <w:r>
          <w:rPr/>
          <w:t>Valoració dels propis prejudicis envers les identitats de gènere, identitats sexuals i opcions afectivosexuals</w:t>
        </w:r>
      </w:hyperlink>
    </w:p>
    <w:p>
      <w:pPr>
        <w:pStyle w:val="Link4"/>
      </w:pPr>
      <w:hyperlink r:id="rId123">
        <w:r>
          <w:rPr/>
          <w:t>Ús de les diferents eines, mecanismes i recursos de prevenció i protecció en situacions de discriminació i vulnerabilitat per motiu de gènere, sexe o opció afectivasexual</w:t>
        </w:r>
      </w:hyperlink>
    </w:p>
    <w:p>
      <w:pPr>
        <w:pStyle w:val="Link4"/>
      </w:pPr>
      <w:hyperlink r:id="rId14">
        <w:r>
          <w:rPr/>
          <w:t>Rebuig de comportaments i actituds discriminatòries en diferents àmbits de la vida</w:t>
        </w:r>
      </w:hyperlink>
    </w:p>
    <w:p>
      <w:pPr>
        <w:pStyle w:val="Link4"/>
      </w:pPr>
      <w:hyperlink r:id="rId124">
        <w:r>
          <w:rPr/>
          <w:t>Reflexió crítica dels propis prejudicis envers les diferents identitats de gènere, identitats sexuals i opcions afectivosexuals</w:t>
        </w:r>
      </w:hyperlink>
    </w:p>
    <w:p>
      <w:pPr>
        <w:pStyle w:val="Link4"/>
      </w:pPr>
      <w:hyperlink r:id="rId125">
        <w:r>
          <w:rPr/>
          <w:t>Proposició de diferents eines, mecanismes i recursos de prevenció i protecció en situacions de discriminació i vulnerabilitat per motiu de gènere, sexe o opció afectivasexual</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104">
        <w:r>
          <w:rPr/>
          <w:t>Defensa del conflicte com a oportunitat de canvi social</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126">
        <w:r>
          <w:rPr/>
          <w:t>Participació reflexiva en una iniciativa alternativa al militarisme, la despesa militar, les guerres i a les formes de violència en general</w:t>
        </w:r>
      </w:hyperlink>
    </w:p>
    <w:p>
      <w:pPr>
        <w:pStyle w:val="Link4"/>
      </w:pPr>
      <w:hyperlink r:id="rId127">
        <w:r>
          <w:rPr/>
          <w:t xml:space="preserve">Exercici dels drets propis, assumpció dels deures que se'n deriven i respecte dels drets de les persones de l'entorn </w:t>
        </w:r>
      </w:hyperlink>
    </w:p>
    <w:p>
      <w:pPr>
        <w:pStyle w:val="Link4"/>
      </w:pPr>
      <w:hyperlink r:id="rId128">
        <w:r>
          <w:rPr/>
          <w:t>Identificació i rebuig de les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129">
        <w:r>
          <w:rPr/>
          <w:t>Respecte  i defensa dels drets propis i de les  persones tant de l’entorn proper com llunyà a partir de l’assertivitat, l’empatia i la solidaritat</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30">
        <w:r>
          <w:rPr/>
          <w:t>Defensa i promoció dels drets propis i de les persones tant de l’entorn proper com  llunyà a partir de l’assertivitat, l’empatia i la solidaritat</w:t>
        </w:r>
      </w:hyperlink>
    </w:p>
    <w:p>
      <w:pPr>
        <w:pStyle w:val="Link4"/>
      </w:pPr>
      <w:hyperlink r:id="rId131">
        <w:r>
          <w:rPr/>
          <w:t xml:space="preserve">Denúncia davant de situacions de vulnerabilitat social i de violació de drets fonamentals tant en l’entorn proper com en el llunyà </w:t>
        </w:r>
      </w:hyperlink>
    </w:p>
    <w:p>
      <w:pPr>
        <w:pStyle w:val="Link4"/>
      </w:pPr>
      <w:hyperlink r:id="rId132">
        <w:r>
          <w:rPr/>
          <w:t>Proposta i posada en pràctica de diferents mecanismes  de defensa i reivindicació de drets en situacions de vulnerabilitat social a escala local i global</w:t>
        </w:r>
      </w:hyperlink>
    </w:p>
    <w:p>
      <w:pPr>
        <w:pStyle w:val="Link4"/>
      </w:pPr>
      <w:hyperlink r:id="rId133">
        <w:r>
          <w:rPr/>
          <w:t>Anàlisi de missatges procedent dels mitjans de comunicació, Internet i altres fonts i de la influència que aquests exerceixen en la construcció de l’opinió pública i en la concepció del món</w:t>
        </w:r>
      </w:hyperlink>
    </w:p>
    <w:p>
      <w:pPr>
        <w:pStyle w:val="Link4"/>
      </w:pPr>
      <w:hyperlink r:id="rId134">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35">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10">
        <w:r>
          <w:rPr/>
          <w:t>Adquisició d’hàbits i comportaments respectuosos amb el medi ambient i l’entorn natural</w:t>
        </w:r>
      </w:hyperlink>
    </w:p>
    <w:p>
      <w:pPr>
        <w:pStyle w:val="Link4"/>
      </w:pPr>
      <w:hyperlink r:id="rId112">
        <w:r>
          <w:rPr/>
          <w:t>Argumentació i assumpció d’hàbits i comportaments respectuosos amb el medi ambient i l’entorn natural</w:t>
        </w:r>
      </w:hyperlink>
    </w:p>
    <w:p>
      <w:pPr>
        <w:pStyle w:val="Link4"/>
      </w:pPr>
      <w:hyperlink r:id="rId136">
        <w:r>
          <w:rPr/>
          <w:t>Defensa i reivindicació de les diferents cosmologies i cosmogonies, i la seva vinculació amb el medi ambient, el territori i la naturalesa.</w:t>
        </w:r>
      </w:hyperlink>
    </w:p>
    <w:p>
      <w:pPr>
        <w:pStyle w:val="Link4"/>
      </w:pPr>
      <w:hyperlink r:id="rId137">
        <w:r>
          <w:rPr/>
          <w:t>Promoció i respecte dels drets individuals i col·lectius que garanteixen un entorn mediambiental segur per al desenvolupament dels éssers vius, en general, i de les persones, en concret.</w:t>
        </w:r>
      </w:hyperlink>
    </w:p>
    <w:p>
      <w:pPr>
        <w:pStyle w:val="Link4"/>
      </w:pPr>
      <w:hyperlink r:id="rId113">
        <w:r>
          <w:rPr/>
          <w:t>Observació i inici a la pràctica   d’iniciatives basades reducció, reutilització i reciclatge com a estratègies per a la cura del medi ambient, el territori i la naturalesa de l’entorn proper.</w:t>
        </w:r>
      </w:hyperlink>
    </w:p>
    <w:p>
      <w:pPr>
        <w:pStyle w:val="Link4"/>
      </w:pPr>
      <w:hyperlink r:id="rId114">
        <w:r>
          <w:rPr/>
          <w:t>Presa de consciència de les pròpies accions sobre el medi ambient, el territori i la naturalesa de l’entorn proper i del seu impacte a escala global</w:t>
        </w:r>
      </w:hyperlink>
    </w:p>
    <w:p>
      <w:pPr>
        <w:pStyle w:val="Link4"/>
      </w:pPr>
      <w:hyperlink r:id="rId138">
        <w:r>
          <w:rPr/>
          <w:t>Desenvolupament d’iniciatives i hàbits basats en la  reducció, la reutilització i el reciclatge per conservar el medi ambient, el territori i la naturalesa de l’entorn proper.</w:t>
        </w:r>
      </w:hyperlink>
    </w:p>
    <w:p>
      <w:pPr>
        <w:pStyle w:val="Link4"/>
      </w:pPr>
      <w:hyperlink r:id="rId139">
        <w:r>
          <w:rPr/>
          <w:t>Disseny i aplicació d’iniciatives basades en la reducció, la reutilització i el reciclatge per conservar el medi ambient, el territori i la naturalesa de l’entorn proper i llunyà.</w:t>
        </w:r>
      </w:hyperlink>
    </w:p>
    <w:p>
      <w:pPr>
        <w:pStyle w:val="Link4"/>
      </w:pPr>
      <w:hyperlink r:id="rId140">
        <w:r>
          <w:rPr/>
          <w:t>Conscienciació envers les pròpies accions sobre el medi natural i l’impacte que tenen.</w:t>
        </w:r>
      </w:hyperlink>
    </w:p>
    <w:p>
      <w:pPr>
        <w:pStyle w:val="Link4"/>
      </w:pPr>
      <w:hyperlink r:id="rId141">
        <w:r>
          <w:rPr/>
          <w:t>Creativitat en el disseny d’iniciatives basades en la  reducció, la reutilització i el reciclatge, per tal de millorar la conservació del medi ambient, el territori i la naturalesa.</w:t>
        </w:r>
      </w:hyperlink>
    </w:p>
    <w:p>
      <w:pPr>
        <w:pStyle w:val="Link4"/>
      </w:pPr>
      <w:hyperlink r:id="rId142">
        <w:r>
          <w:rPr/>
          <w:t>Respecte i valoració de la diversitat cultural (llengües, costums, valors, creences, formes de vida...) present a l’aula, l’escola i a l’entorn proper com una oportunitat d’aprenentatge i d’enriquiment</w:t>
        </w:r>
      </w:hyperlink>
    </w:p>
    <w:p>
      <w:pPr>
        <w:pStyle w:val="Link4"/>
      </w:pPr>
      <w:hyperlink r:id="rId143">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144">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145">
        <w:r>
          <w:rPr/>
          <w:t>Proposta i disseny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46">
        <w:r>
          <w:rPr/>
          <w:t>Manifestació i defensa d'un tractament respectuós en relació als diferents col.lectius socials i culturals, en els espais d'informació i comunicació (mitjans de comunicació, Internet, xarxes socials...)</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47">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148">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nk4"/>
      </w:pPr>
      <w:hyperlink r:id="rId149">
        <w:r>
          <w:rPr/>
          <w:t xml:space="preserve">Reivindicació i defensa de la participació en la presa de decisions i en la definició de les normes de convivència de totes les persones i grups socials, sense exclusions per motius d’origen o pertinença </w:t>
        </w:r>
      </w:hyperlink>
    </w:p>
    <w:p>
      <w:pPr>
        <w:pStyle w:val="Link4"/>
      </w:pPr>
      <w:hyperlink r:id="rId150">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151">
        <w:r>
          <w:rPr/>
          <w:t>Contractes didàctics</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117">
        <w:r>
          <w:rPr/>
          <w:t>Denúncia i actuació davant situacions de desigualtat, injustícia i discriminació per motiu de gènere, sexe o opció afectivosexual.</w:t>
        </w:r>
      </w:hyperlink>
    </w:p>
    <w:p>
      <w:pPr>
        <w:pStyle w:val="Link4"/>
      </w:pPr>
      <w:hyperlink r:id="rId119">
        <w:r>
          <w:rPr/>
          <w:t>Defensa dels drets i deures individuals i col·lectius en qüestió de gènere.</w:t>
        </w:r>
      </w:hyperlink>
    </w:p>
    <w:p>
      <w:pPr>
        <w:pStyle w:val="Link4"/>
      </w:pPr>
      <w:hyperlink r:id="rId152">
        <w:r>
          <w:rPr/>
          <w:t>Anàlisi de les causes (i les conseqüències) de l’existència de diferències i desigualtats socials per motiu de gènere, d’identitat sexual i opció afectivasexual</w:t>
        </w:r>
      </w:hyperlink>
    </w:p>
    <w:p>
      <w:pPr>
        <w:pStyle w:val="Link4"/>
      </w:pPr>
      <w:hyperlink r:id="rId153">
        <w:r>
          <w:rPr/>
          <w:t>Reflexió crítica de les causes (i les conseqüències) de l’existència de diferències i desigualtats socials per motiu de gènere, d’identitat sexual i opció afectivasexual</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154">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55">
        <w:r>
          <w:rPr/>
          <w:t>Pràctica d’accions per satisfer les necessitats personals i les de les demés persones per tal de  cuidar-se una mateixa i les altres persones</w:t>
        </w:r>
      </w:hyperlink>
    </w:p>
    <w:p>
      <w:pPr>
        <w:pStyle w:val="Link4"/>
      </w:pPr>
      <w:hyperlink r:id="rId156">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57">
        <w:r>
          <w:rPr/>
          <w:t>Actuació amb coherència (cura d’una mateixa, cura de l’altre, cura de l’entorn) per la creació d’alternatives que tendeixin a la cultura de pau global</w:t>
        </w:r>
      </w:hyperlink>
    </w:p>
    <w:p>
      <w:pPr>
        <w:pStyle w:val="Link4"/>
      </w:pPr>
      <w:hyperlink r:id="rId158">
        <w:r>
          <w:rPr/>
          <w:t>Assumpció de les responsabilitats i els compromisos adquirits en relació a la planificació, organització i realització de tasques i projectes en l’àmbit escolar, familiar i en la vida quotidiana</w:t>
        </w:r>
      </w:hyperlink>
    </w:p>
    <w:p>
      <w:pPr>
        <w:pStyle w:val="Link4"/>
      </w:pPr>
      <w:hyperlink r:id="rId159">
        <w:r>
          <w:rPr/>
          <w:t xml:space="preserve">Assumpció de les responsabilitats que es deriven de les pròpies decisions i de les conseqüències d’aquestes decisions </w:t>
        </w:r>
      </w:hyperlink>
    </w:p>
    <w:p>
      <w:pPr>
        <w:pStyle w:val="Link4"/>
      </w:pPr>
      <w:hyperlink r:id="rId134">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35">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60">
        <w:r>
          <w:rPr/>
          <w:t>Desenvolupament de nous mecanismes i vies de participació democràtica a l’aula, al centre i a l’entorn, indagant propostes de millora i aprofundiment democràtic</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161">
        <w:r>
          <w:rPr/>
          <w:t xml:space="preserve">Defensa i cura del medi ambient envers la seva regressió  i deteriorament. </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162">
        <w:r>
          <w:rPr/>
          <w:t>Participació en propostes i accions de conservació del medi ambient, el territori i la naturalesa de l’entorn proper</w:t>
        </w:r>
      </w:hyperlink>
    </w:p>
    <w:p>
      <w:pPr>
        <w:pStyle w:val="Link4"/>
      </w:pPr>
      <w:hyperlink r:id="rId163">
        <w:r>
          <w:rPr/>
          <w:t>Implicació en propostes i accions de conservació i protecció del medi ambint, el territori i la naturalesa.</w:t>
        </w:r>
      </w:hyperlink>
    </w:p>
    <w:p>
      <w:pPr>
        <w:pStyle w:val="Link4"/>
      </w:pPr>
      <w:hyperlink r:id="rId164">
        <w:r>
          <w:rPr/>
          <w:t>Compromís i implicació en desenvolupar propostes i accions de conservació del medi ambient, el territori i la naturalesa.</w:t>
        </w:r>
      </w:hyperlink>
    </w:p>
    <w:p>
      <w:pPr>
        <w:pStyle w:val="Link4"/>
      </w:pPr>
      <w:hyperlink r:id="rId165">
        <w:r>
          <w:rPr/>
          <w:t xml:space="preserve">Construcció de relacions de convivència assertives i respectuoses amb totes les persones i grups socials independentment del seu origen o pertinença. </w:t>
        </w:r>
      </w:hyperlink>
    </w:p>
    <w:p>
      <w:pPr>
        <w:pStyle w:val="Link4"/>
      </w:pPr>
      <w:hyperlink r:id="rId150">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166">
        <w:r>
          <w:rPr/>
          <w:t>Carpeta d'aprenentatge</w:t>
        </w:r>
      </w:hyperlink>
    </w:p>
    <w:p>
      <w:pPr>
        <w:pStyle w:val="Link4"/>
      </w:pPr>
      <w:hyperlink r:id="rId167">
        <w:r>
          <w:rPr/>
          <w:t>Portafoli</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Actitud crítica davant dels missatges que suposin qualsevol tipus de discriminació i voluntat de</w:t>
        <w:br/>
        <w:br/>
        <w:br/>
        <w:t>superar els prejudicis.</w:t>
      </w:r>
    </w:p>
    <w:p/>
    <w:p>
      <w:pPr>
        <w:pStyle w:val="Heading4"/>
      </w:pPr>
      <w:r>
        <w:t>CRITERI D'AVALUACIÓ</w:t>
      </w:r>
    </w:p>
    <w:p/>
    <w:p>
      <w:pPr>
        <w:pStyle w:val="Heading4"/>
      </w:pPr>
      <w:r>
        <w:t>PÀGINA REFERÈNCIA DOCUMENT CURRÍCULUM</w:t>
      </w:r>
    </w:p>
    <w:p>
      <w:pPr>
        <w:pStyle w:val="Normal4"/>
      </w:pPr>
      <w:r>
        <w:t>Pàgina 78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dels drets individuals i col·lectius. Identificació i rebuig de les situacions de desigualtat,</w:t>
        <w:br/>
        <w:br/>
        <w:br/>
        <w:t>injustícia i discriminació que afecten persones i col·lectius en el món actual.</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rebuig de situacions d’incompliment d’aquests drets d’àmbit global i anàlisi de la</w:t>
        <w:br/>
        <w:br/>
        <w:br/>
        <w:t>situació en l’entorn proper, per mitjà de l’observació i la interpretació crítica de la realitat.</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rebuig de comportaments i actituds discriminatòries (sexistes, misògines, homofòbiques,</w:t>
        <w:br/>
        <w:br/>
        <w:br/>
        <w:t>xenòfobes de preponderància de la força física) en els diferents àmbits relacionals escolars i en</w:t>
        <w:br/>
        <w:br/>
        <w:br/>
        <w:t>les relacions personals i socials d’àmbit extraescolar.</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anàlisi i rebuig de situacions d’incompliment dels drets humans en els àmbits local i</w:t>
        <w:br/>
        <w:br/>
        <w:br/>
        <w:t>global. Coneixement de mecanismes per combatre l’incompliment i la violació dels drets humans.</w:t>
        <w:br/>
        <w:br/>
        <w:br/>
        <w:t>Reflexió crítica sobre les garanties i límits dels drets i les llibertats.</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les diferències de gènere com un element enriquidor de les relacions interpersonals.</w:t>
        <w:br/>
        <w:br/>
        <w:br/>
        <w:t>Anàlisi dels estereotips i prejudicis a l’entorn de la identitat de gènere. Identificació i rebuig de</w:t>
        <w:br/>
        <w:br/>
        <w:br/>
        <w:t>la violència de gènere, tot coneixent els mitjans de prevenció i protecció.</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rebuig de situacions de marginació, intolerància, desigualtat i injustícia social en el</w:t>
        <w:br/>
        <w:br/>
        <w:br/>
        <w:t>món, desenvolupant una consciència ètica.</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per les idees i les conductes de la persona religiosa i la no religiosa, i rebuig de les persones</w:t>
        <w:br/>
        <w:br/>
        <w:br/>
        <w:t>que són contràries als drets humans.</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CONTRACTES DIDÀCTICS</w:t>
      </w:r>
    </w:p>
    <w:p>
      <w:pPr>
        <w:pStyle w:val="Normal4"/>
      </w:pPr>
      <w:r>
        <w:t>Un contracte didàctic és un document que organitza les situacions d’aprenentatge o de comportament, en virtut del qual una o vàries persones es comprometen, després d’una negociació, a portar a terme els acords als quals han arribat per assolir uns objectius que poden ser de caire cognitiu, metodològic o de comportament. El contracte didàctic és un instrument que permet, per una banda, promoure la responsabilitat de l’alumnat en el procés d’ensenyament-aprenentatge i, per una altra, fomentar la capacitat d’autoavaluació i pensament crític de l’alumnat.</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28">
        <w:r>
          <w:rPr/>
          <w:t>Capacitat d’argumentar el rebuig als tipus de violència (directa, estructural i cultural) en les relacions interpersonals i en les condicions socials i mundials</w:t>
        </w:r>
      </w:hyperlink>
    </w:p>
    <w:p>
      <w:pPr>
        <w:pStyle w:val="ListBullet"/>
      </w:pPr>
      <w:r>
        <w:t>Pau i Noviolència</w:t>
      </w:r>
    </w:p>
    <w:p>
      <w:pPr>
        <w:pStyle w:val="ListBullet"/>
      </w:pPr>
      <w:r>
        <w:t>Educació Secundària Obligatòria (ESO)</w:t>
      </w:r>
    </w:p>
    <w:p>
      <w:pPr>
        <w:pStyle w:val="Link"/>
      </w:pPr>
      <w:hyperlink r:id="rId31">
        <w:r>
          <w:rPr/>
          <w:t>Reflexió crítica sobre causes i conseqüències dels diferents tipus de violència (directa, estructural i cultural) en les relacions interpersonals,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33">
        <w:r>
          <w:rPr/>
          <w:t>Coneixement dels diferents tipus de conflictes (locals, socials, internacionals; noviolents o violents) i reflexió crítica de la cobertura que en fan els mitjans de comunicació</w:t>
        </w:r>
      </w:hyperlink>
    </w:p>
    <w:p>
      <w:pPr>
        <w:pStyle w:val="ListBullet"/>
      </w:pPr>
      <w:r>
        <w:t>Pau i Noviolència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digital</w:t>
      </w:r>
    </w:p>
    <w:p>
      <w:pPr>
        <w:pStyle w:val="Link"/>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stBullet"/>
      </w:pPr>
      <w:r>
        <w:t>Pau i Noviolència</w:t>
      </w:r>
    </w:p>
    <w:p>
      <w:pPr>
        <w:pStyle w:val="ListBullet"/>
      </w:pPr>
      <w:r>
        <w:t>Educació Secundària Obligatòria (ESO)</w:t>
      </w:r>
    </w:p>
    <w:p>
      <w:pPr>
        <w:pStyle w:val="Link"/>
      </w:pPr>
      <w:hyperlink r:id="rId104">
        <w:r>
          <w:rPr/>
          <w:t>Defensa del conflicte com a oportunitat de canvi social</w:t>
        </w:r>
      </w:hyperlink>
    </w:p>
    <w:p>
      <w:pPr>
        <w:pStyle w:val="ListBullet"/>
      </w:pPr>
      <w:r>
        <w:t>Pau i Noviolència</w:t>
      </w:r>
    </w:p>
    <w:p>
      <w:pPr>
        <w:pStyle w:val="ListBullet"/>
      </w:pPr>
      <w:r>
        <w:t>Educació Secundària Obligatòria (ESO)</w:t>
      </w:r>
    </w:p>
    <w:p>
      <w:pPr>
        <w:pStyle w:val="Link"/>
      </w:pPr>
      <w:hyperlink r:id="rId168">
        <w:r>
          <w:rPr/>
          <w:t>Valoració crítica dels principals actors i del dret internacionals existents, i de les pràctiques que suposen una oportunitat per promoure la pau</w:t>
        </w:r>
      </w:hyperlink>
    </w:p>
    <w:p>
      <w:pPr>
        <w:pStyle w:val="ListBullet"/>
      </w:pPr>
      <w:r>
        <w:t>Pau i Noviolència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www.transformarelmon-guia.edualter.org/ca/instruments/observacio-dactituds" TargetMode="External"/><Relationship Id="rId67" Type="http://schemas.openxmlformats.org/officeDocument/2006/relationships/hyperlink" Target="https://www.transformarelmon-guia.edualter.org/ca/instruments/rubrica-perspeciva-feminista" TargetMode="External"/><Relationship Id="rId6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6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7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7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7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73"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74"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75"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76" Type="http://schemas.openxmlformats.org/officeDocument/2006/relationships/hyperlink" Target="https://www.transformarelmon-guia.edualter.org/ca/orientacions-pedagogiques/enfocament-de-genere/masculinitats-i-feminitats/masculinitats-i-feminitats-contingut-daprenentatge/contingut-daprenentatge-primaria/i3_gen_ba_ci" TargetMode="External"/><Relationship Id="rId77"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78"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7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80"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81"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82"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83"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84"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85"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86"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8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8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8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9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9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9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9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9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9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9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9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9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9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10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0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0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0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0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10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10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10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10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11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11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11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11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1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1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16"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17"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118"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19"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12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1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s" TargetMode="External"/><Relationship Id="rId12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1s2" TargetMode="External"/><Relationship Id="rId12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12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12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12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127"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s" TargetMode="External"/><Relationship Id="rId128"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129"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1s2" TargetMode="External"/><Relationship Id="rId130"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3s4" TargetMode="External"/><Relationship Id="rId131"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3s4" TargetMode="External"/><Relationship Id="rId132"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3s4" TargetMode="External"/><Relationship Id="rId13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1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 Id="rId1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3s4" TargetMode="External"/><Relationship Id="rId13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13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13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3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4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4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4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s" TargetMode="External"/><Relationship Id="rId14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1s2" TargetMode="External"/><Relationship Id="rId14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14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1s2" TargetMode="External"/><Relationship Id="rId14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2_int_bb_s3s4" TargetMode="External"/><Relationship Id="rId1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s" TargetMode="External"/><Relationship Id="rId14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_int_bc_s1s2" TargetMode="External"/><Relationship Id="rId14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3s4" TargetMode="External"/><Relationship Id="rId15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4_int_bc_s3s4" TargetMode="External"/><Relationship Id="rId151" Type="http://schemas.openxmlformats.org/officeDocument/2006/relationships/hyperlink" Target="https://www.transformarelmon-guia.edualter.org/ca/instruments/contractes-didactics" TargetMode="External"/><Relationship Id="rId15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5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5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15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1s2" TargetMode="External"/><Relationship Id="rId15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15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3s4" TargetMode="External"/><Relationship Id="rId15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15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3s4" TargetMode="External"/><Relationship Id="rId16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16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16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6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6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6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1s2" TargetMode="External"/><Relationship Id="rId166" Type="http://schemas.openxmlformats.org/officeDocument/2006/relationships/hyperlink" Target="https://www.transformarelmon-guia.edualter.org/ca/instruments/carpeta-daprenentatge" TargetMode="External"/><Relationship Id="rId167" Type="http://schemas.openxmlformats.org/officeDocument/2006/relationships/hyperlink" Target="https://www.transformarelmon-guia.edualter.org/ca/instruments/portafoli1" TargetMode="External"/><Relationship Id="rId16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