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Introducció a la dimensió internacional, al planeta i a altres països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Són conscients de la dimensió internacional, de l’existència d’un planeta i d’altres països.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Presentació de les Nacions Unides i dels drets humans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Presentació a les diferents formes de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Expressió del rebuig a la violència directa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 xml:space="preserve">Coneixement inicial de tipus de conflictes a l'aula i a la realitat propera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 xml:space="preserve">Anàlisi del procés d’un conflicte interpersonal 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de trobar una sortida justa per resoldre els conflictes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www.transformarelmon-guia.edualter.org/ca/instruments/carpeta-daprenentatge" TargetMode="External"/><Relationship Id="rId93" Type="http://schemas.openxmlformats.org/officeDocument/2006/relationships/hyperlink" Target="https://www.transformarelmon-guia.edualter.org/ca/instruments/portafoli1" TargetMode="External"/><Relationship Id="rId94" Type="http://schemas.openxmlformats.org/officeDocument/2006/relationships/hyperlink" Target="https://www.transformarelmon-guia.edualter.org/ca/instruments/rubrica-perspeciva-feminista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