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Capacitat de frenar la violència directa (física, verbal i psicològica) d’altres persones en les relacions interpersonals</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Formulen la seva pròpia opinió sobre diferents exemples de violència (directa (física, verbal, psicològica), estructural i cultural) en les relacions interpersonals i l’entorn proper.</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Sociodrama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s'utilitza per presentar situacions problemàtiques, idees contraposades, actuacions contradictòries, per després suscitar la discussió i l'aprofundiment del tema. És de gran utilitat com a estímul, per donar començament a la discussió d'un problema, cas en el qual és preferible preparar el sociodrama amb anticipació i amb l'ajuda d'un grup prèviament seleccionat. En utilitzar aquesta tècnica el grup ha de tenir present que el sociodrama no és una comèdia per fer riure, ni una obra teatral perfecta, així mateix no ha de presentar la solució al problema exposat. Les representacions han de ser breus i evitar digressions en diàlegs que desvien l'atenció del públic.</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6">
        <w:r>
          <w:rPr/>
          <w:t>Expressió del rebuig a la violència directa (física, verbal i psicològica) en les relacions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24">
        <w:r>
          <w:rPr/>
          <w:t>Capacitat de frenar la violència directa (física, verbal i psicològica) d’altres persones en les relacions interpersonals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68">
        <w:r>
          <w:rPr/>
          <w:t>Introducció al reconeixement de les emocions primàries (enuig, alegria, por i tristesa): com em sento i com canalitzo els meus sentiments</w:t>
        </w:r>
      </w:hyperlink>
    </w:p>
    <w:p>
      <w:pPr>
        <w:pStyle w:val="Link4"/>
      </w:pPr>
      <w:hyperlink r:id="rId69">
        <w:r>
          <w:rPr/>
          <w:t>Reconeixement de les pròpies emocions i de les necessitats que hi ha al darrera: què sento i què crec que em fa sentir així</w:t>
        </w:r>
      </w:hyperlink>
    </w:p>
    <w:p>
      <w:pPr>
        <w:pStyle w:val="Link4"/>
      </w:pPr>
      <w:hyperlink r:id="rId70">
        <w:r>
          <w:rPr/>
          <w:t>Comunicació assertiva de les pròpies emocions, i empatia amb les emocions de les altres persones des de l‘estima cap a les altres persones</w:t>
        </w:r>
      </w:hyperlink>
    </w:p>
    <w:p>
      <w:pPr>
        <w:pStyle w:val="Link4"/>
      </w:pPr>
      <w:hyperlink r:id="rId71">
        <w:r>
          <w:rPr/>
          <w:t>Comprensió de les causes dels sentiments (necessitats) propis i aliens des de l‘estima cap a una mateixa i cap a les altres persones</w:t>
        </w:r>
      </w:hyperlink>
    </w:p>
    <w:p>
      <w:pPr>
        <w:pStyle w:val="Link4"/>
      </w:pPr>
      <w:hyperlink r:id="rId72">
        <w:r>
          <w:rPr/>
          <w:t>Comunicació  assertiva de les emocions i de les necessitats, de forma que mostri estima cap a una mateixa i cap a l’Altre (empatia)</w:t>
        </w:r>
      </w:hyperlink>
    </w:p>
    <w:p>
      <w:pPr>
        <w:pStyle w:val="Link4"/>
      </w:pPr>
      <w:hyperlink r:id="rId73">
        <w:r>
          <w:rPr/>
          <w:t>Identificació d'alguns dels drets humans reconeguts en la Convenció dels Drets de la Infància</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75">
        <w:r>
          <w:rPr/>
          <w:t>Introducció a les principals semblances i diferències de gènere com a element enriquidor de les relacions interpersonals.</w:t>
        </w:r>
      </w:hyperlink>
    </w:p>
    <w:p>
      <w:pPr>
        <w:pStyle w:val="Link4"/>
      </w:pPr>
      <w:hyperlink r:id="rId76">
        <w:r>
          <w:rPr/>
          <w:t>Percepció de les principals situacions de desigualtat, injustícia i discriminació per motiu de gènere, sexe o opció afectivosexual.</w:t>
        </w:r>
      </w:hyperlink>
    </w:p>
    <w:p>
      <w:pPr>
        <w:pStyle w:val="Link4"/>
      </w:pPr>
      <w:hyperlink r:id="rId77">
        <w:r>
          <w:rPr/>
          <w:t>Interès per conèixer el paper de la dona i els saber femenins al llarg de la història com a motor de canvi i transformació social.</w:t>
        </w:r>
      </w:hyperlink>
    </w:p>
    <w:p>
      <w:pPr>
        <w:pStyle w:val="Link4"/>
      </w:pPr>
      <w:hyperlink r:id="rId78">
        <w:r>
          <w:rPr/>
          <w:t>Presentació dels drets i deures individuals i col·lectius en qüestió de gènere.</w:t>
        </w:r>
      </w:hyperlink>
    </w:p>
    <w:p>
      <w:pPr>
        <w:pStyle w:val="Link4"/>
      </w:pPr>
      <w:hyperlink r:id="rId79">
        <w:r>
          <w:rPr/>
          <w:t>Interès per aprofundir en els diferents models de masculinitat i feminitat que es donen en les societats actuals.</w:t>
        </w:r>
      </w:hyperlink>
    </w:p>
    <w:p>
      <w:pPr>
        <w:pStyle w:val="Link4"/>
      </w:pPr>
      <w:hyperlink r:id="rId80">
        <w:r>
          <w:rPr/>
          <w:t>Identificació de les principals semblances i diferències de gènere com a element enriquidor de les relacions interpersonals.</w:t>
        </w:r>
      </w:hyperlink>
    </w:p>
    <w:p>
      <w:pPr>
        <w:pStyle w:val="Link4"/>
      </w:pPr>
      <w:hyperlink r:id="rId81">
        <w:r>
          <w:rPr/>
          <w:t>Identificació de les principals situacions de desigualtat, injustícia i discriminació per motiu de gènere, sexe o opció afectivosexual.</w:t>
        </w:r>
      </w:hyperlink>
    </w:p>
    <w:p>
      <w:pPr>
        <w:pStyle w:val="Link4"/>
      </w:pPr>
      <w:hyperlink r:id="rId82">
        <w:r>
          <w:rPr/>
          <w:t>Presa de consciència del propi procès de construcció de la masculinitat i la feminitat.</w:t>
        </w:r>
      </w:hyperlink>
    </w:p>
    <w:p>
      <w:pPr>
        <w:pStyle w:val="Link4"/>
      </w:pPr>
      <w:hyperlink r:id="rId83">
        <w:r>
          <w:rPr/>
          <w:t>Sensibilització en les semblances i  diferències de gènere com a element enriquidor de les relacions interpersonals.</w:t>
        </w:r>
      </w:hyperlink>
    </w:p>
    <w:p>
      <w:pPr>
        <w:pStyle w:val="Link4"/>
      </w:pPr>
      <w:hyperlink r:id="rId84">
        <w:r>
          <w:rPr/>
          <w:t>Aprofundiment de les princials situacions de desigualtat, injustícia i discriminació per motiu de gènere, sexe o opció afectivosexual.</w:t>
        </w:r>
      </w:hyperlink>
    </w:p>
    <w:p>
      <w:pPr>
        <w:pStyle w:val="Link4"/>
      </w:pPr>
      <w:hyperlink r:id="rId85">
        <w:r>
          <w:rPr/>
          <w:t>Sensibilització sobre el paper de la dona i els sabers femenins com a motor de canvi i transformació social.</w:t>
        </w:r>
      </w:hyperlink>
    </w:p>
    <w:p>
      <w:pPr>
        <w:pStyle w:val="Link4"/>
      </w:pPr>
      <w:hyperlink r:id="rId86">
        <w:r>
          <w:rPr/>
          <w:t>Valoració de les semblances i diferències de gènere com a element enriquidor de les relacions interpersonals.</w:t>
        </w:r>
      </w:hyperlink>
    </w:p>
    <w:p>
      <w:pPr>
        <w:pStyle w:val="Link4"/>
      </w:pPr>
      <w:hyperlink r:id="rId87">
        <w:r>
          <w:rPr/>
          <w:t>Percepció de les diferents identitats de gènere, identitats sexuals i opcions afectivasexuals</w:t>
        </w:r>
      </w:hyperlink>
    </w:p>
    <w:p>
      <w:pPr>
        <w:pStyle w:val="Link4"/>
      </w:pPr>
      <w:hyperlink r:id="rId88">
        <w:r>
          <w:rPr/>
          <w:t>Observació de diferents conductes i relacions interpersonals basades en el respecte, el diàleg i la igualtat</w:t>
        </w:r>
      </w:hyperlink>
    </w:p>
    <w:p>
      <w:pPr>
        <w:pStyle w:val="Link4"/>
      </w:pPr>
      <w:hyperlink r:id="rId89">
        <w:r>
          <w:rPr/>
          <w:t>Introducció a les causes (i les conseqüències) de l’existència de diferències i desigualtats socials per motiu de gènere, sexe i opció afectivasexual</w:t>
        </w:r>
      </w:hyperlink>
    </w:p>
    <w:p>
      <w:pPr>
        <w:pStyle w:val="Link4"/>
      </w:pPr>
      <w:hyperlink r:id="rId90">
        <w:r>
          <w:rPr/>
          <w:t>Pràctica de diferents conductes i relacions interpersonals basades en el respecte, el diàleg i la igualtat</w:t>
        </w:r>
      </w:hyperlink>
    </w:p>
    <w:p>
      <w:pPr>
        <w:pStyle w:val="Link4"/>
      </w:pPr>
      <w:hyperlink r:id="rId91">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92">
        <w:r>
          <w:rPr/>
          <w:t>Presentació de comportaments i actituds discriminatòries en diferents àmbits de la vida</w:t>
        </w:r>
      </w:hyperlink>
    </w:p>
    <w:p>
      <w:pPr>
        <w:pStyle w:val="Link4"/>
      </w:pPr>
      <w:hyperlink r:id="rId93">
        <w:r>
          <w:rPr/>
          <w:t>Pràctica d'actituds cooperatives, solidàries i crítiques davant situacions de discriminació per motiu de gènere, sexe i opció afectivasexual</w:t>
        </w:r>
      </w:hyperlink>
    </w:p>
    <w:p>
      <w:pPr>
        <w:pStyle w:val="Link4"/>
      </w:pPr>
      <w:hyperlink r:id="rId94">
        <w:r>
          <w:rPr/>
          <w:t>Identificació de comportaments i actituds discriminatòries en diferents àmbits de la vida</w:t>
        </w:r>
      </w:hyperlink>
    </w:p>
    <w:p>
      <w:pPr>
        <w:pStyle w:val="Link4"/>
      </w:pPr>
      <w:hyperlink r:id="rId95">
        <w:r>
          <w:rPr/>
          <w:t>Identificació i ús de les eines, mecanismes i recursos de prevenció i protecció en situacions de discriminació i vulnerabilitat per motiu de gènere, sexe o opció afectivasexual.</w:t>
        </w:r>
      </w:hyperlink>
    </w:p>
    <w:p>
      <w:pPr>
        <w:pStyle w:val="Link4"/>
      </w:pPr>
      <w:hyperlink r:id="rId96">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97">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98">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99">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100">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101">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102">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103">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04">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05">
        <w:r>
          <w:rPr/>
          <w:t>Observació de diferents situacions de marginació, discriminació, injustícia i violació de drets fonamentals en l'entorn proper</w:t>
        </w:r>
      </w:hyperlink>
    </w:p>
    <w:p>
      <w:pPr>
        <w:pStyle w:val="Link4"/>
      </w:pPr>
      <w:hyperlink r:id="rId106">
        <w:r>
          <w:rPr/>
          <w:t>Introducció als diferents mecanismes  de defensa dels drets humans a partir d'exemples d'accions reivindicatives en l'entorn proper (manifestacions, vagues, campanyes...)</w:t>
        </w:r>
      </w:hyperlink>
    </w:p>
    <w:p>
      <w:pPr>
        <w:pStyle w:val="Link4"/>
      </w:pPr>
      <w:hyperlink r:id="rId107">
        <w:r>
          <w:rPr/>
          <w:t>Identificació d’hàbits i comportaments respectuosos amb el medi ambient, el territori i la naturalesa, i implementació de petites accions al respecte</w:t>
        </w:r>
      </w:hyperlink>
    </w:p>
    <w:p>
      <w:pPr>
        <w:pStyle w:val="Link4"/>
      </w:pPr>
      <w:hyperlink r:id="rId108">
        <w:r>
          <w:rPr/>
          <w:t>Presentació de les diferents cosmologies i cosmogonies, i la seva vinculació amb el medi ambient, el territori i la naturalesa.</w:t>
        </w:r>
      </w:hyperlink>
    </w:p>
    <w:p>
      <w:pPr>
        <w:pStyle w:val="Link4"/>
      </w:pPr>
      <w:hyperlink r:id="rId109">
        <w:r>
          <w:rPr/>
          <w:t>Presentació dels drets i deures individuals i col·lectius en qüestió mediambiental.</w:t>
        </w:r>
      </w:hyperlink>
    </w:p>
    <w:p>
      <w:pPr>
        <w:pStyle w:val="Link4"/>
      </w:pPr>
      <w:hyperlink r:id="rId110">
        <w:r>
          <w:rPr/>
          <w:t>Adquisició d’hàbits i comportaments respectuosos amb el medi ambient i l’entorn natural</w:t>
        </w:r>
      </w:hyperlink>
    </w:p>
    <w:p>
      <w:pPr>
        <w:pStyle w:val="Link4"/>
      </w:pPr>
      <w:hyperlink r:id="rId111">
        <w:r>
          <w:rPr/>
          <w:t>Identificació dels drets i deures individuals i col·lectius que garanteixin la protecció del mediambient.</w:t>
        </w:r>
      </w:hyperlink>
    </w:p>
    <w:p>
      <w:pPr>
        <w:pStyle w:val="Link4"/>
      </w:pPr>
      <w:hyperlink r:id="rId112">
        <w:r>
          <w:rPr/>
          <w:t>Argumentació i assumpció d’hàbits i comportaments respectuosos amb el medi ambient i l’entorn natural</w:t>
        </w:r>
      </w:hyperlink>
    </w:p>
    <w:p>
      <w:pPr>
        <w:pStyle w:val="Link4"/>
      </w:pPr>
      <w:hyperlink r:id="rId113">
        <w:r>
          <w:rPr/>
          <w:t>Observació i inici a la pràctica   d’iniciatives basades reducció, reutilització i reciclatge com a estratègies per a la cura del medi ambient, el territori i la naturalesa de l’entorn proper.</w:t>
        </w:r>
      </w:hyperlink>
    </w:p>
    <w:p>
      <w:pPr>
        <w:pStyle w:val="Link4"/>
      </w:pPr>
      <w:hyperlink r:id="rId114">
        <w:r>
          <w:rPr/>
          <w:t>Presa de consciència de les pròpies accions sobre el medi ambient, el territori i la naturalesa de l’entorn proper i del seu impacte a escala global</w:t>
        </w:r>
      </w:hyperlink>
    </w:p>
    <w:p>
      <w:pPr>
        <w:pStyle w:val="Link4"/>
      </w:pPr>
      <w:hyperlink r:id="rId115">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6">
        <w:r>
          <w:rPr/>
          <w:t>Expressió del rebuig a la violència directa (física, verbal i psicològica) en les relacions interpersonals</w:t>
        </w:r>
      </w:hyperlink>
    </w:p>
    <w:p>
      <w:pPr>
        <w:pStyle w:val="ListBullet"/>
      </w:pPr>
      <w:r>
        <w:t>Pau i Noviolència</w:t>
      </w:r>
    </w:p>
    <w:p>
      <w:pPr>
        <w:pStyle w:val="ListBullet"/>
      </w:pPr>
      <w:r>
        <w:t>Educació Primària</w:t>
      </w:r>
    </w:p>
    <w:p>
      <w:pPr>
        <w:pStyle w:val="Link"/>
      </w:pPr>
      <w:hyperlink r:id="rId20">
        <w:r>
          <w:rPr/>
          <w:t>Capacitat de canalitzar la violència directa pròpia  (física, verbal i psicològica) en les relacions interpersonals</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en consciència i expressió culturals</w:t>
      </w:r>
    </w:p>
    <w:p>
      <w:pPr>
        <w:pStyle w:val="ListBullet"/>
      </w:pPr>
      <w:r>
        <w:t>Competència emprenedora</w:t>
      </w:r>
    </w:p>
    <w:p>
      <w:pPr>
        <w:pStyle w:val="ListBullet"/>
      </w:pPr>
      <w:r>
        <w:t>Competència ciutadana</w:t>
      </w:r>
    </w:p>
    <w:p>
      <w:pPr>
        <w:pStyle w:val="Link"/>
      </w:pPr>
      <w:hyperlink r:id="rId25">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26">
        <w:r>
          <w:rPr/>
          <w:t>Anàlisi del procés, dels actors implicats, i de les postures de cada part en un conflicte interpersonal o local</w:t>
        </w:r>
      </w:hyperlink>
    </w:p>
    <w:p>
      <w:pPr>
        <w:pStyle w:val="ListBullet"/>
      </w:pPr>
      <w:r>
        <w:t>Pau i Noviolència</w:t>
      </w:r>
    </w:p>
    <w:p>
      <w:pPr>
        <w:pStyle w:val="ListBullet"/>
      </w:pPr>
      <w:r>
        <w:t>Educació Primària</w:t>
      </w:r>
    </w:p>
    <w:p>
      <w:pPr>
        <w:pStyle w:val="Link"/>
      </w:pPr>
      <w:hyperlink r:id="rId102">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16">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www.transformarelmon-guia.edualter.org/ca/instruments/observacio-dactituds" TargetMode="External"/><Relationship Id="rId67" Type="http://schemas.openxmlformats.org/officeDocument/2006/relationships/hyperlink" Target="https://www.transformarelmon-guia.edualter.org/ca/instruments/rubrica-perspeciva-feminista" TargetMode="External"/><Relationship Id="rId68"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6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7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73"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m" TargetMode="External"/><Relationship Id="rId7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76"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77"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78"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79"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80"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81"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82"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83"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84"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85"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86"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8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8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9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9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9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9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9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9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9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9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9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9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10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10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10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10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10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105"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10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10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10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10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11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11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1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11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1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1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